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7705" w:rsidRPr="00227705" w:rsidRDefault="00227705" w:rsidP="00227705">
      <w:pPr>
        <w:spacing w:after="0" w:line="240" w:lineRule="auto"/>
        <w:jc w:val="center"/>
        <w:rPr>
          <w:rFonts w:ascii="Times New Roman" w:hAnsi="Times New Roman"/>
          <w:b/>
          <w:bCs/>
          <w:lang w:val="ru-RU"/>
        </w:rPr>
      </w:pPr>
      <w:r w:rsidRPr="00227705">
        <w:rPr>
          <w:rFonts w:ascii="Times New Roman" w:hAnsi="Times New Roman"/>
          <w:b/>
          <w:bCs/>
          <w:lang w:val="ru-RU"/>
        </w:rPr>
        <w:t xml:space="preserve">МУНИЦИПАЛЬНОЕ </w:t>
      </w:r>
      <w:proofErr w:type="gramStart"/>
      <w:r w:rsidRPr="00227705">
        <w:rPr>
          <w:rFonts w:ascii="Times New Roman" w:hAnsi="Times New Roman"/>
          <w:b/>
          <w:bCs/>
          <w:lang w:val="ru-RU"/>
        </w:rPr>
        <w:t>БЮДЖЕТНОЕ  ОБЩЕОБРАЗОВАТЕЛЬНОЕ</w:t>
      </w:r>
      <w:proofErr w:type="gramEnd"/>
      <w:r w:rsidRPr="00227705">
        <w:rPr>
          <w:rFonts w:ascii="Times New Roman" w:hAnsi="Times New Roman"/>
          <w:b/>
          <w:bCs/>
          <w:lang w:val="ru-RU"/>
        </w:rPr>
        <w:t xml:space="preserve"> УЧРЕЖДЕНИЕ</w:t>
      </w:r>
    </w:p>
    <w:p w:rsidR="00227705" w:rsidRPr="00227705" w:rsidRDefault="00227705" w:rsidP="00227705">
      <w:pPr>
        <w:spacing w:after="0" w:line="240" w:lineRule="auto"/>
        <w:jc w:val="center"/>
        <w:rPr>
          <w:rFonts w:ascii="Times New Roman" w:hAnsi="Times New Roman"/>
          <w:b/>
          <w:bCs/>
          <w:lang w:val="ru-RU"/>
        </w:rPr>
      </w:pPr>
      <w:r w:rsidRPr="00227705">
        <w:rPr>
          <w:rFonts w:ascii="Times New Roman" w:hAnsi="Times New Roman"/>
          <w:b/>
          <w:bCs/>
          <w:lang w:val="ru-RU"/>
        </w:rPr>
        <w:t>КУДИНОВСКАЯ СРЕДНЯЯ ОБЩЕОБРАЗОВАТЕЛЬНАЯ ШКОЛА</w:t>
      </w:r>
    </w:p>
    <w:p w:rsidR="00227705" w:rsidRPr="00227705" w:rsidRDefault="00227705" w:rsidP="00227705">
      <w:pPr>
        <w:adjustRightInd w:val="0"/>
        <w:spacing w:after="0" w:line="240" w:lineRule="auto"/>
        <w:ind w:firstLine="705"/>
        <w:jc w:val="center"/>
        <w:rPr>
          <w:rFonts w:ascii="Times New Roman" w:hAnsi="Times New Roman"/>
          <w:b/>
          <w:bCs/>
          <w:lang w:val="ru-RU"/>
        </w:rPr>
      </w:pPr>
    </w:p>
    <w:tbl>
      <w:tblPr>
        <w:tblW w:w="5000" w:type="pct"/>
        <w:tblLook w:val="0600" w:firstRow="0" w:lastRow="0" w:firstColumn="0" w:lastColumn="0" w:noHBand="1" w:noVBand="1"/>
      </w:tblPr>
      <w:tblGrid>
        <w:gridCol w:w="4310"/>
        <w:gridCol w:w="5385"/>
      </w:tblGrid>
      <w:tr w:rsidR="00227705" w:rsidRPr="003E4E25" w:rsidTr="00227705">
        <w:tc>
          <w:tcPr>
            <w:tcW w:w="0" w:type="auto"/>
            <w:tcMar>
              <w:top w:w="75" w:type="dxa"/>
              <w:left w:w="75" w:type="dxa"/>
              <w:bottom w:w="75" w:type="dxa"/>
              <w:right w:w="75" w:type="dxa"/>
            </w:tcMar>
            <w:hideMark/>
          </w:tcPr>
          <w:p w:rsidR="00227705" w:rsidRPr="00227705" w:rsidRDefault="00227705" w:rsidP="00227705">
            <w:pPr>
              <w:spacing w:after="0" w:line="240" w:lineRule="auto"/>
              <w:rPr>
                <w:rFonts w:ascii="Times New Roman" w:hAnsi="Times New Roman"/>
                <w:lang w:val="ru-RU"/>
              </w:rPr>
            </w:pPr>
            <w:r w:rsidRPr="00227705">
              <w:rPr>
                <w:rFonts w:ascii="Times New Roman" w:hAnsi="Times New Roman"/>
                <w:lang w:val="ru-RU"/>
              </w:rPr>
              <w:t>СОГЛАСОВАНО</w:t>
            </w:r>
            <w:r w:rsidRPr="00227705">
              <w:rPr>
                <w:rFonts w:ascii="Times New Roman" w:hAnsi="Times New Roman"/>
                <w:lang w:val="ru-RU"/>
              </w:rPr>
              <w:br/>
              <w:t>педагогическим советом</w:t>
            </w:r>
          </w:p>
          <w:p w:rsidR="00227705" w:rsidRPr="00227705" w:rsidRDefault="00227705" w:rsidP="00227705">
            <w:pPr>
              <w:spacing w:after="0" w:line="240" w:lineRule="auto"/>
              <w:rPr>
                <w:rFonts w:ascii="Times New Roman" w:hAnsi="Times New Roman"/>
                <w:lang w:val="ru-RU"/>
              </w:rPr>
            </w:pPr>
            <w:r w:rsidRPr="00227705">
              <w:rPr>
                <w:rFonts w:ascii="Times New Roman" w:hAnsi="Times New Roman"/>
                <w:lang w:val="ru-RU"/>
              </w:rPr>
              <w:t xml:space="preserve">МБОУ Кудиновской СОШ </w:t>
            </w:r>
            <w:r w:rsidRPr="00227705">
              <w:rPr>
                <w:rFonts w:ascii="Times New Roman" w:hAnsi="Times New Roman"/>
                <w:lang w:val="ru-RU"/>
              </w:rPr>
              <w:br/>
              <w:t>(протокол от 28.08.2026</w:t>
            </w:r>
            <w:r w:rsidRPr="00682944">
              <w:rPr>
                <w:rFonts w:ascii="Times New Roman" w:hAnsi="Times New Roman"/>
              </w:rPr>
              <w:t> </w:t>
            </w:r>
            <w:r w:rsidRPr="00227705">
              <w:rPr>
                <w:rFonts w:ascii="Times New Roman" w:hAnsi="Times New Roman"/>
                <w:lang w:val="ru-RU"/>
              </w:rPr>
              <w:t xml:space="preserve">№ 1)                                             </w:t>
            </w:r>
          </w:p>
        </w:tc>
        <w:tc>
          <w:tcPr>
            <w:tcW w:w="0" w:type="auto"/>
            <w:tcMar>
              <w:top w:w="75" w:type="dxa"/>
              <w:left w:w="75" w:type="dxa"/>
              <w:bottom w:w="75" w:type="dxa"/>
              <w:right w:w="75" w:type="dxa"/>
            </w:tcMar>
            <w:hideMark/>
          </w:tcPr>
          <w:p w:rsidR="00227705" w:rsidRPr="00227705" w:rsidRDefault="00227705" w:rsidP="00227705">
            <w:pPr>
              <w:spacing w:after="0" w:line="240" w:lineRule="auto"/>
              <w:jc w:val="right"/>
              <w:rPr>
                <w:rFonts w:ascii="Times New Roman" w:hAnsi="Times New Roman"/>
                <w:lang w:val="ru-RU"/>
              </w:rPr>
            </w:pPr>
            <w:r w:rsidRPr="00227705">
              <w:rPr>
                <w:rFonts w:ascii="Times New Roman" w:hAnsi="Times New Roman"/>
                <w:lang w:val="ru-RU"/>
              </w:rPr>
              <w:t>УТВЕРЖДАЮ</w:t>
            </w:r>
            <w:r w:rsidRPr="00227705">
              <w:rPr>
                <w:rFonts w:ascii="Times New Roman" w:hAnsi="Times New Roman"/>
                <w:lang w:val="ru-RU"/>
              </w:rPr>
              <w:br/>
              <w:t>Директор МБОУ Кудиновской СОШ</w:t>
            </w:r>
            <w:r w:rsidRPr="00227705">
              <w:rPr>
                <w:rFonts w:ascii="Times New Roman" w:hAnsi="Times New Roman"/>
                <w:lang w:val="ru-RU"/>
              </w:rPr>
              <w:br/>
              <w:t>_________________</w:t>
            </w:r>
            <w:proofErr w:type="spellStart"/>
            <w:r w:rsidRPr="00227705">
              <w:rPr>
                <w:rFonts w:ascii="Times New Roman" w:hAnsi="Times New Roman"/>
                <w:lang w:val="ru-RU"/>
              </w:rPr>
              <w:t>Н.Н.Петриченко</w:t>
            </w:r>
            <w:proofErr w:type="spellEnd"/>
            <w:r w:rsidRPr="00227705">
              <w:rPr>
                <w:rFonts w:ascii="Times New Roman" w:hAnsi="Times New Roman"/>
                <w:lang w:val="ru-RU"/>
              </w:rPr>
              <w:br/>
              <w:t>приказ № 195   от 28.08.2026г.</w:t>
            </w:r>
          </w:p>
        </w:tc>
      </w:tr>
    </w:tbl>
    <w:tbl>
      <w:tblPr>
        <w:tblStyle w:val="aff0"/>
        <w:tblpPr w:leftFromText="180" w:rightFromText="180" w:vertAnchor="page" w:horzAnchor="margin" w:tblpY="3181"/>
        <w:tblW w:w="0" w:type="auto"/>
        <w:tblLayout w:type="fixed"/>
        <w:tblLook w:val="04A0" w:firstRow="1" w:lastRow="0" w:firstColumn="1" w:lastColumn="0" w:noHBand="0" w:noVBand="1"/>
      </w:tblPr>
      <w:tblGrid>
        <w:gridCol w:w="2247"/>
        <w:gridCol w:w="2268"/>
      </w:tblGrid>
      <w:tr w:rsidR="00C74710" w:rsidRPr="003E4E25" w:rsidTr="00BA64AB">
        <w:tc>
          <w:tcPr>
            <w:tcW w:w="2247" w:type="dxa"/>
            <w:tcMar>
              <w:top w:w="90" w:type="dxa"/>
              <w:left w:w="120" w:type="dxa"/>
              <w:bottom w:w="90" w:type="dxa"/>
              <w:right w:w="120" w:type="dxa"/>
            </w:tcMar>
          </w:tcPr>
          <w:p w:rsidR="00C74710" w:rsidRPr="00270131" w:rsidRDefault="00A662D9" w:rsidP="00BA64AB">
            <w:pPr>
              <w:spacing w:after="40"/>
              <w:rPr>
                <w:rFonts w:eastAsia="Calibri"/>
                <w:b/>
                <w:sz w:val="19"/>
                <w:lang w:val="ru-RU"/>
              </w:rPr>
            </w:pPr>
            <w:r w:rsidRPr="00F42E2E">
              <w:rPr>
                <w:rFonts w:eastAsia="Calibri"/>
                <w:b/>
                <w:sz w:val="19"/>
                <w:lang w:val="ru-RU"/>
              </w:rPr>
              <w:t>УЧТЕНО</w:t>
            </w:r>
            <w:r w:rsidR="00270131">
              <w:rPr>
                <w:rFonts w:eastAsia="Calibri"/>
                <w:b/>
                <w:sz w:val="19"/>
                <w:lang w:val="ru-RU"/>
              </w:rPr>
              <w:t xml:space="preserve"> </w:t>
            </w:r>
            <w:r>
              <w:rPr>
                <w:rFonts w:eastAsia="Calibri"/>
                <w:b/>
                <w:sz w:val="19"/>
                <w:lang w:val="ru-RU"/>
              </w:rPr>
              <w:t>МНЕНИЕ</w:t>
            </w:r>
            <w:r w:rsidR="00C74710" w:rsidRPr="00F42E2E">
              <w:rPr>
                <w:rFonts w:eastAsia="Calibri"/>
                <w:b/>
                <w:sz w:val="19"/>
                <w:lang w:val="ru-RU"/>
              </w:rPr>
              <w:br/>
              <w:t>Советом</w:t>
            </w:r>
            <w:r w:rsidR="00BA64AB">
              <w:rPr>
                <w:rFonts w:eastAsia="Calibri"/>
                <w:b/>
                <w:sz w:val="19"/>
                <w:lang w:val="ru-RU"/>
              </w:rPr>
              <w:t xml:space="preserve"> </w:t>
            </w:r>
            <w:r w:rsidR="00C74710" w:rsidRPr="00F42E2E">
              <w:rPr>
                <w:rFonts w:eastAsia="Calibri"/>
                <w:b/>
                <w:sz w:val="19"/>
                <w:lang w:val="ru-RU"/>
              </w:rPr>
              <w:t>обучающихся</w:t>
            </w:r>
            <w:r w:rsidR="00C74710" w:rsidRPr="00F42E2E">
              <w:rPr>
                <w:rFonts w:eastAsia="Calibri"/>
                <w:b/>
                <w:sz w:val="19"/>
                <w:lang w:val="ru-RU"/>
              </w:rPr>
              <w:br/>
              <w:t xml:space="preserve">протокол от </w:t>
            </w:r>
            <w:r>
              <w:rPr>
                <w:rFonts w:eastAsia="Calibri"/>
                <w:b/>
                <w:sz w:val="19"/>
                <w:lang w:val="ru-RU"/>
              </w:rPr>
              <w:t>27.08.2026</w:t>
            </w:r>
            <w:r w:rsidR="00C74710" w:rsidRPr="00F42E2E">
              <w:rPr>
                <w:rFonts w:eastAsia="Calibri"/>
                <w:b/>
                <w:sz w:val="19"/>
                <w:lang w:val="ru-RU"/>
              </w:rPr>
              <w:t xml:space="preserve"> № </w:t>
            </w:r>
            <w:r>
              <w:rPr>
                <w:rFonts w:eastAsia="Calibri"/>
                <w:b/>
                <w:sz w:val="19"/>
                <w:lang w:val="ru-RU"/>
              </w:rPr>
              <w:t>1</w:t>
            </w:r>
          </w:p>
        </w:tc>
        <w:tc>
          <w:tcPr>
            <w:tcW w:w="2268" w:type="dxa"/>
            <w:tcMar>
              <w:top w:w="90" w:type="dxa"/>
              <w:left w:w="120" w:type="dxa"/>
              <w:bottom w:w="90" w:type="dxa"/>
              <w:right w:w="120" w:type="dxa"/>
            </w:tcMar>
          </w:tcPr>
          <w:p w:rsidR="00C74710" w:rsidRPr="00270131" w:rsidRDefault="00BA64AB" w:rsidP="00270131">
            <w:pPr>
              <w:spacing w:after="40"/>
              <w:rPr>
                <w:rFonts w:eastAsia="Calibri"/>
                <w:b/>
                <w:sz w:val="19"/>
                <w:lang w:val="ru-RU"/>
              </w:rPr>
            </w:pPr>
            <w:r>
              <w:rPr>
                <w:rFonts w:eastAsia="Calibri"/>
                <w:b/>
                <w:sz w:val="19"/>
                <w:lang w:val="ru-RU"/>
              </w:rPr>
              <w:t>УЧТЕНО</w:t>
            </w:r>
            <w:r w:rsidR="00270131">
              <w:rPr>
                <w:rFonts w:eastAsia="Calibri"/>
                <w:b/>
                <w:sz w:val="19"/>
                <w:lang w:val="ru-RU"/>
              </w:rPr>
              <w:t xml:space="preserve"> </w:t>
            </w:r>
            <w:r w:rsidR="00C74710" w:rsidRPr="00F42E2E">
              <w:rPr>
                <w:rFonts w:eastAsia="Calibri"/>
                <w:b/>
                <w:sz w:val="19"/>
                <w:lang w:val="ru-RU"/>
              </w:rPr>
              <w:t xml:space="preserve">МНЕНИЕ </w:t>
            </w:r>
            <w:r w:rsidR="00C74710" w:rsidRPr="00F42E2E">
              <w:rPr>
                <w:rFonts w:eastAsia="Calibri"/>
                <w:b/>
                <w:sz w:val="19"/>
                <w:lang w:val="ru-RU"/>
              </w:rPr>
              <w:br/>
              <w:t>Советом родителей</w:t>
            </w:r>
            <w:r w:rsidR="00C74710" w:rsidRPr="00F42E2E">
              <w:rPr>
                <w:rFonts w:eastAsia="Calibri"/>
                <w:b/>
                <w:sz w:val="19"/>
                <w:lang w:val="ru-RU"/>
              </w:rPr>
              <w:br/>
              <w:t xml:space="preserve">протокол от </w:t>
            </w:r>
            <w:r w:rsidR="00270131">
              <w:rPr>
                <w:rFonts w:eastAsia="Calibri"/>
                <w:b/>
                <w:sz w:val="19"/>
                <w:lang w:val="ru-RU"/>
              </w:rPr>
              <w:t>27.08.2026</w:t>
            </w:r>
            <w:r w:rsidR="00C74710" w:rsidRPr="00F42E2E">
              <w:rPr>
                <w:rFonts w:eastAsia="Calibri"/>
                <w:b/>
                <w:sz w:val="19"/>
                <w:lang w:val="ru-RU"/>
              </w:rPr>
              <w:t xml:space="preserve"> № </w:t>
            </w:r>
            <w:r w:rsidR="00270131">
              <w:rPr>
                <w:rFonts w:eastAsia="Calibri"/>
                <w:b/>
                <w:sz w:val="19"/>
                <w:lang w:val="ru-RU"/>
              </w:rPr>
              <w:t>1</w:t>
            </w:r>
          </w:p>
        </w:tc>
      </w:tr>
    </w:tbl>
    <w:p w:rsidR="009D3111" w:rsidRPr="00F42E2E" w:rsidRDefault="009D3111">
      <w:pPr>
        <w:spacing w:after="200"/>
        <w:rPr>
          <w:lang w:val="ru-RU"/>
        </w:rPr>
      </w:pPr>
    </w:p>
    <w:p w:rsidR="00227705" w:rsidRDefault="00227705">
      <w:pPr>
        <w:jc w:val="center"/>
        <w:rPr>
          <w:rFonts w:eastAsia="Calibri"/>
          <w:b/>
          <w:color w:val="1F4D78"/>
          <w:sz w:val="38"/>
          <w:lang w:val="ru-RU"/>
        </w:rPr>
      </w:pPr>
    </w:p>
    <w:p w:rsidR="00227705" w:rsidRDefault="00227705">
      <w:pPr>
        <w:jc w:val="center"/>
        <w:rPr>
          <w:rFonts w:eastAsia="Calibri"/>
          <w:b/>
          <w:color w:val="1F4D78"/>
          <w:sz w:val="38"/>
          <w:lang w:val="ru-RU"/>
        </w:rPr>
      </w:pPr>
    </w:p>
    <w:p w:rsidR="00227705" w:rsidRDefault="00227705">
      <w:pPr>
        <w:jc w:val="center"/>
        <w:rPr>
          <w:rFonts w:eastAsia="Calibri"/>
          <w:b/>
          <w:color w:val="1F4D78"/>
          <w:sz w:val="38"/>
          <w:lang w:val="ru-RU"/>
        </w:rPr>
      </w:pPr>
    </w:p>
    <w:p w:rsidR="009D3111" w:rsidRPr="00F42E2E" w:rsidRDefault="00D10209">
      <w:pPr>
        <w:jc w:val="center"/>
        <w:rPr>
          <w:lang w:val="ru-RU"/>
        </w:rPr>
      </w:pPr>
      <w:r w:rsidRPr="00F42E2E">
        <w:rPr>
          <w:rFonts w:eastAsia="Calibri"/>
          <w:b/>
          <w:color w:val="1F4D78"/>
          <w:sz w:val="38"/>
          <w:lang w:val="ru-RU"/>
        </w:rPr>
        <w:t>ПРАВИЛА</w:t>
      </w:r>
    </w:p>
    <w:p w:rsidR="009D3111" w:rsidRPr="00F42E2E" w:rsidRDefault="00D10209">
      <w:pPr>
        <w:spacing w:after="80"/>
        <w:jc w:val="center"/>
        <w:rPr>
          <w:lang w:val="ru-RU"/>
        </w:rPr>
      </w:pPr>
      <w:r w:rsidRPr="00F42E2E">
        <w:rPr>
          <w:rFonts w:eastAsia="Calibri"/>
          <w:b/>
          <w:color w:val="1F4D78"/>
          <w:sz w:val="34"/>
          <w:lang w:val="ru-RU"/>
        </w:rPr>
        <w:t>внутреннего распорядка обучающихся</w:t>
      </w:r>
    </w:p>
    <w:p w:rsidR="00E900EF" w:rsidRPr="00227705" w:rsidRDefault="00E900EF" w:rsidP="000F459B">
      <w:pPr>
        <w:spacing w:after="0" w:line="240" w:lineRule="auto"/>
        <w:jc w:val="center"/>
        <w:rPr>
          <w:rFonts w:ascii="Times New Roman" w:hAnsi="Times New Roman"/>
          <w:b/>
          <w:bCs/>
          <w:lang w:val="ru-RU"/>
        </w:rPr>
      </w:pPr>
      <w:r w:rsidRPr="00227705">
        <w:rPr>
          <w:rFonts w:ascii="Times New Roman" w:hAnsi="Times New Roman"/>
          <w:b/>
          <w:bCs/>
          <w:lang w:val="ru-RU"/>
        </w:rPr>
        <w:t>МУНИЦИПАЛЬНО</w:t>
      </w:r>
      <w:r>
        <w:rPr>
          <w:rFonts w:ascii="Times New Roman" w:hAnsi="Times New Roman"/>
          <w:b/>
          <w:bCs/>
          <w:lang w:val="ru-RU"/>
        </w:rPr>
        <w:t xml:space="preserve">ГО </w:t>
      </w:r>
      <w:proofErr w:type="gramStart"/>
      <w:r w:rsidRPr="00227705">
        <w:rPr>
          <w:rFonts w:ascii="Times New Roman" w:hAnsi="Times New Roman"/>
          <w:b/>
          <w:bCs/>
          <w:lang w:val="ru-RU"/>
        </w:rPr>
        <w:t>БЮДЖЕТНОЕ  ОБЩЕОБРАЗОВАТЕЛЬНОЕ</w:t>
      </w:r>
      <w:proofErr w:type="gramEnd"/>
      <w:r w:rsidRPr="00227705">
        <w:rPr>
          <w:rFonts w:ascii="Times New Roman" w:hAnsi="Times New Roman"/>
          <w:b/>
          <w:bCs/>
          <w:lang w:val="ru-RU"/>
        </w:rPr>
        <w:t xml:space="preserve"> УЧРЕЖДЕНИЕ</w:t>
      </w:r>
    </w:p>
    <w:p w:rsidR="00E900EF" w:rsidRPr="00227705" w:rsidRDefault="00E900EF" w:rsidP="00E900EF">
      <w:pPr>
        <w:spacing w:after="0" w:line="240" w:lineRule="auto"/>
        <w:jc w:val="center"/>
        <w:rPr>
          <w:rFonts w:ascii="Times New Roman" w:hAnsi="Times New Roman"/>
          <w:b/>
          <w:bCs/>
          <w:lang w:val="ru-RU"/>
        </w:rPr>
      </w:pPr>
      <w:r w:rsidRPr="00227705">
        <w:rPr>
          <w:rFonts w:ascii="Times New Roman" w:hAnsi="Times New Roman"/>
          <w:b/>
          <w:bCs/>
          <w:lang w:val="ru-RU"/>
        </w:rPr>
        <w:t>КУДИНОВСКАЯ СРЕДНЯЯ ОБЩЕОБРАЗОВАТЕЛЬНАЯ ШКОЛА</w:t>
      </w:r>
    </w:p>
    <w:tbl>
      <w:tblPr>
        <w:tblStyle w:val="aff0"/>
        <w:tblW w:w="0" w:type="auto"/>
        <w:jc w:val="center"/>
        <w:tblLayout w:type="fixed"/>
        <w:tblLook w:val="04A0" w:firstRow="1" w:lastRow="0" w:firstColumn="1" w:lastColumn="0" w:noHBand="0" w:noVBand="1"/>
      </w:tblPr>
      <w:tblGrid>
        <w:gridCol w:w="3401"/>
        <w:gridCol w:w="5952"/>
      </w:tblGrid>
      <w:tr w:rsidR="009D3111">
        <w:trPr>
          <w:jc w:val="center"/>
        </w:trPr>
        <w:tc>
          <w:tcPr>
            <w:tcW w:w="3401" w:type="dxa"/>
            <w:shd w:val="clear" w:color="auto" w:fill="F2F4F7"/>
            <w:tcMar>
              <w:top w:w="90" w:type="dxa"/>
              <w:left w:w="120" w:type="dxa"/>
              <w:bottom w:w="90" w:type="dxa"/>
              <w:right w:w="120" w:type="dxa"/>
            </w:tcMar>
          </w:tcPr>
          <w:p w:rsidR="009D3111" w:rsidRDefault="00D10209">
            <w:pPr>
              <w:spacing w:after="0"/>
            </w:pPr>
            <w:proofErr w:type="spellStart"/>
            <w:r>
              <w:rPr>
                <w:rFonts w:eastAsia="Calibri"/>
                <w:b/>
                <w:sz w:val="19"/>
              </w:rPr>
              <w:t>Субъект</w:t>
            </w:r>
            <w:proofErr w:type="spellEnd"/>
            <w:r>
              <w:rPr>
                <w:rFonts w:eastAsia="Calibri"/>
                <w:b/>
                <w:sz w:val="19"/>
              </w:rPr>
              <w:t xml:space="preserve"> </w:t>
            </w:r>
            <w:proofErr w:type="spellStart"/>
            <w:r>
              <w:rPr>
                <w:rFonts w:eastAsia="Calibri"/>
                <w:b/>
                <w:sz w:val="19"/>
              </w:rPr>
              <w:t>Российской</w:t>
            </w:r>
            <w:proofErr w:type="spellEnd"/>
            <w:r>
              <w:rPr>
                <w:rFonts w:eastAsia="Calibri"/>
                <w:b/>
                <w:sz w:val="19"/>
              </w:rPr>
              <w:t xml:space="preserve"> </w:t>
            </w:r>
            <w:proofErr w:type="spellStart"/>
            <w:r>
              <w:rPr>
                <w:rFonts w:eastAsia="Calibri"/>
                <w:b/>
                <w:sz w:val="19"/>
              </w:rPr>
              <w:t>Федерации</w:t>
            </w:r>
            <w:proofErr w:type="spellEnd"/>
          </w:p>
        </w:tc>
        <w:tc>
          <w:tcPr>
            <w:tcW w:w="5952" w:type="dxa"/>
            <w:tcMar>
              <w:top w:w="90" w:type="dxa"/>
              <w:left w:w="120" w:type="dxa"/>
              <w:bottom w:w="90" w:type="dxa"/>
              <w:right w:w="120" w:type="dxa"/>
            </w:tcMar>
          </w:tcPr>
          <w:p w:rsidR="009D3111" w:rsidRPr="00270131" w:rsidRDefault="00270131">
            <w:pPr>
              <w:spacing w:after="0"/>
              <w:rPr>
                <w:lang w:val="ru-RU"/>
              </w:rPr>
            </w:pPr>
            <w:r>
              <w:rPr>
                <w:rFonts w:eastAsia="Calibri"/>
                <w:sz w:val="19"/>
                <w:lang w:val="ru-RU"/>
              </w:rPr>
              <w:t>Ростовская область</w:t>
            </w:r>
          </w:p>
        </w:tc>
      </w:tr>
      <w:tr w:rsidR="009D3111">
        <w:trPr>
          <w:jc w:val="center"/>
        </w:trPr>
        <w:tc>
          <w:tcPr>
            <w:tcW w:w="3401" w:type="dxa"/>
            <w:shd w:val="clear" w:color="auto" w:fill="F2F4F7"/>
            <w:tcMar>
              <w:top w:w="90" w:type="dxa"/>
              <w:left w:w="120" w:type="dxa"/>
              <w:bottom w:w="90" w:type="dxa"/>
              <w:right w:w="120" w:type="dxa"/>
            </w:tcMar>
          </w:tcPr>
          <w:p w:rsidR="009D3111" w:rsidRDefault="00D10209">
            <w:pPr>
              <w:spacing w:after="0"/>
            </w:pPr>
            <w:r>
              <w:rPr>
                <w:rFonts w:eastAsia="Calibri"/>
                <w:b/>
                <w:sz w:val="19"/>
              </w:rPr>
              <w:t>Муниципальное образование</w:t>
            </w:r>
          </w:p>
        </w:tc>
        <w:tc>
          <w:tcPr>
            <w:tcW w:w="5952" w:type="dxa"/>
            <w:tcMar>
              <w:top w:w="90" w:type="dxa"/>
              <w:left w:w="120" w:type="dxa"/>
              <w:bottom w:w="90" w:type="dxa"/>
              <w:right w:w="120" w:type="dxa"/>
            </w:tcMar>
          </w:tcPr>
          <w:p w:rsidR="009D3111" w:rsidRPr="00270131" w:rsidRDefault="00270131">
            <w:pPr>
              <w:spacing w:after="0"/>
              <w:rPr>
                <w:lang w:val="ru-RU"/>
              </w:rPr>
            </w:pPr>
            <w:r>
              <w:rPr>
                <w:rFonts w:eastAsia="Calibri"/>
                <w:sz w:val="19"/>
                <w:lang w:val="ru-RU"/>
              </w:rPr>
              <w:t>Багаевс</w:t>
            </w:r>
            <w:r w:rsidR="00961ED5">
              <w:rPr>
                <w:rFonts w:eastAsia="Calibri"/>
                <w:sz w:val="19"/>
                <w:lang w:val="ru-RU"/>
              </w:rPr>
              <w:t>кий район</w:t>
            </w:r>
          </w:p>
        </w:tc>
      </w:tr>
      <w:tr w:rsidR="009D3111" w:rsidTr="00282577">
        <w:trPr>
          <w:trHeight w:val="1757"/>
          <w:jc w:val="center"/>
        </w:trPr>
        <w:tc>
          <w:tcPr>
            <w:tcW w:w="3401" w:type="dxa"/>
            <w:shd w:val="clear" w:color="auto" w:fill="F2F4F7"/>
            <w:tcMar>
              <w:top w:w="90" w:type="dxa"/>
              <w:left w:w="120" w:type="dxa"/>
              <w:bottom w:w="90" w:type="dxa"/>
              <w:right w:w="120" w:type="dxa"/>
            </w:tcMar>
          </w:tcPr>
          <w:p w:rsidR="009D3111" w:rsidRDefault="00D10209">
            <w:pPr>
              <w:spacing w:after="0"/>
            </w:pPr>
            <w:proofErr w:type="spellStart"/>
            <w:r>
              <w:rPr>
                <w:rFonts w:eastAsia="Calibri"/>
                <w:b/>
                <w:sz w:val="19"/>
              </w:rPr>
              <w:t>Адрес</w:t>
            </w:r>
            <w:proofErr w:type="spellEnd"/>
          </w:p>
        </w:tc>
        <w:tc>
          <w:tcPr>
            <w:tcW w:w="5952" w:type="dxa"/>
            <w:tcMar>
              <w:top w:w="90" w:type="dxa"/>
              <w:left w:w="120" w:type="dxa"/>
              <w:bottom w:w="90" w:type="dxa"/>
              <w:right w:w="120" w:type="dxa"/>
            </w:tcMar>
          </w:tcPr>
          <w:p w:rsidR="007877F7" w:rsidRPr="00282577" w:rsidRDefault="007877F7" w:rsidP="007877F7">
            <w:pPr>
              <w:spacing w:after="360" w:line="240" w:lineRule="auto"/>
              <w:jc w:val="left"/>
              <w:rPr>
                <w:rFonts w:ascii="Arial" w:eastAsia="Times New Roman" w:hAnsi="Arial" w:cs="Arial"/>
                <w:color w:val="444444"/>
                <w:sz w:val="18"/>
                <w:szCs w:val="18"/>
                <w:lang w:val="ru-RU" w:eastAsia="ru-RU"/>
              </w:rPr>
            </w:pPr>
            <w:r w:rsidRPr="00282577">
              <w:rPr>
                <w:rFonts w:ascii="Arial" w:eastAsia="Times New Roman" w:hAnsi="Arial" w:cs="Arial"/>
                <w:color w:val="444444"/>
                <w:sz w:val="18"/>
                <w:szCs w:val="18"/>
                <w:lang w:val="ru-RU" w:eastAsia="ru-RU"/>
              </w:rPr>
              <w:t>1 здание: Юридический: 346618, ул. Школьная 95, х. Кудинов, Багаевский район, Ростовская область; Фактический: ул. Школьная 95, х. Кудинов, Багаевский район, Ростовская область;</w:t>
            </w:r>
          </w:p>
          <w:p w:rsidR="009D3111" w:rsidRPr="00282577" w:rsidRDefault="007877F7" w:rsidP="00282577">
            <w:pPr>
              <w:spacing w:after="360" w:line="240" w:lineRule="auto"/>
              <w:jc w:val="left"/>
              <w:rPr>
                <w:rFonts w:ascii="Arial" w:eastAsia="Times New Roman" w:hAnsi="Arial" w:cs="Arial"/>
                <w:color w:val="444444"/>
                <w:lang w:val="ru-RU" w:eastAsia="ru-RU"/>
              </w:rPr>
            </w:pPr>
            <w:r w:rsidRPr="00282577">
              <w:rPr>
                <w:rFonts w:ascii="Arial" w:eastAsia="Times New Roman" w:hAnsi="Arial" w:cs="Arial"/>
                <w:color w:val="444444"/>
                <w:sz w:val="18"/>
                <w:szCs w:val="18"/>
                <w:lang w:val="ru-RU" w:eastAsia="ru-RU"/>
              </w:rPr>
              <w:t xml:space="preserve">2 </w:t>
            </w:r>
            <w:proofErr w:type="spellStart"/>
            <w:proofErr w:type="gramStart"/>
            <w:r w:rsidRPr="00282577">
              <w:rPr>
                <w:rFonts w:ascii="Arial" w:eastAsia="Times New Roman" w:hAnsi="Arial" w:cs="Arial"/>
                <w:color w:val="444444"/>
                <w:sz w:val="18"/>
                <w:szCs w:val="18"/>
                <w:lang w:val="ru-RU" w:eastAsia="ru-RU"/>
              </w:rPr>
              <w:t>здание:Юридический</w:t>
            </w:r>
            <w:proofErr w:type="spellEnd"/>
            <w:proofErr w:type="gramEnd"/>
            <w:r w:rsidRPr="00282577">
              <w:rPr>
                <w:rFonts w:ascii="Arial" w:eastAsia="Times New Roman" w:hAnsi="Arial" w:cs="Arial"/>
                <w:color w:val="444444"/>
                <w:sz w:val="18"/>
                <w:szCs w:val="18"/>
                <w:lang w:val="ru-RU" w:eastAsia="ru-RU"/>
              </w:rPr>
              <w:t>: 346618, ул. Новая 24 А, х. Кудинов, Багаевский район, Ростовская область; Фактический: ул. Новая 24 А, х. Кудинов, Багае</w:t>
            </w:r>
            <w:r w:rsidR="00282577">
              <w:rPr>
                <w:rFonts w:ascii="Arial" w:eastAsia="Times New Roman" w:hAnsi="Arial" w:cs="Arial"/>
                <w:color w:val="444444"/>
                <w:sz w:val="18"/>
                <w:szCs w:val="18"/>
                <w:lang w:val="ru-RU" w:eastAsia="ru-RU"/>
              </w:rPr>
              <w:t>вский район, Ростовская область</w:t>
            </w:r>
          </w:p>
        </w:tc>
      </w:tr>
      <w:tr w:rsidR="009D3111" w:rsidRPr="003E4E25">
        <w:trPr>
          <w:jc w:val="center"/>
        </w:trPr>
        <w:tc>
          <w:tcPr>
            <w:tcW w:w="3401" w:type="dxa"/>
            <w:shd w:val="clear" w:color="auto" w:fill="F2F4F7"/>
            <w:tcMar>
              <w:top w:w="90" w:type="dxa"/>
              <w:left w:w="120" w:type="dxa"/>
              <w:bottom w:w="90" w:type="dxa"/>
              <w:right w:w="120" w:type="dxa"/>
            </w:tcMar>
          </w:tcPr>
          <w:p w:rsidR="009D3111" w:rsidRDefault="00D10209">
            <w:pPr>
              <w:spacing w:after="0"/>
            </w:pPr>
            <w:proofErr w:type="spellStart"/>
            <w:r>
              <w:rPr>
                <w:rFonts w:eastAsia="Calibri"/>
                <w:b/>
                <w:sz w:val="19"/>
              </w:rPr>
              <w:t>Учредитель</w:t>
            </w:r>
            <w:proofErr w:type="spellEnd"/>
          </w:p>
        </w:tc>
        <w:tc>
          <w:tcPr>
            <w:tcW w:w="5952" w:type="dxa"/>
            <w:tcMar>
              <w:top w:w="90" w:type="dxa"/>
              <w:left w:w="120" w:type="dxa"/>
              <w:bottom w:w="90" w:type="dxa"/>
              <w:right w:w="120" w:type="dxa"/>
            </w:tcMar>
          </w:tcPr>
          <w:p w:rsidR="009D3111" w:rsidRPr="00282577" w:rsidRDefault="00282577">
            <w:pPr>
              <w:spacing w:after="0"/>
              <w:rPr>
                <w:sz w:val="18"/>
                <w:szCs w:val="18"/>
                <w:lang w:val="ru-RU"/>
              </w:rPr>
            </w:pPr>
            <w:r w:rsidRPr="00282577">
              <w:rPr>
                <w:rFonts w:ascii="Arial" w:hAnsi="Arial" w:cs="Arial"/>
                <w:color w:val="444444"/>
                <w:sz w:val="18"/>
                <w:szCs w:val="18"/>
                <w:shd w:val="clear" w:color="auto" w:fill="FFFFFF"/>
                <w:lang w:val="ru-RU"/>
              </w:rPr>
              <w:t>Учредитель</w:t>
            </w:r>
            <w:r w:rsidRPr="00282577">
              <w:rPr>
                <w:rFonts w:ascii="Arial" w:hAnsi="Arial" w:cs="Arial"/>
                <w:color w:val="444444"/>
                <w:sz w:val="18"/>
                <w:szCs w:val="18"/>
                <w:shd w:val="clear" w:color="auto" w:fill="FFFFFF"/>
              </w:rPr>
              <w:t> </w:t>
            </w:r>
            <w:r w:rsidRPr="00282577">
              <w:rPr>
                <w:rFonts w:ascii="Arial" w:hAnsi="Arial" w:cs="Arial"/>
                <w:color w:val="444444"/>
                <w:sz w:val="18"/>
                <w:szCs w:val="18"/>
                <w:u w:val="single"/>
                <w:shd w:val="clear" w:color="auto" w:fill="FFFFFF"/>
                <w:lang w:val="ru-RU"/>
              </w:rPr>
              <w:t>Отдел образования Администрации Багаевского района Ростовской области.</w:t>
            </w:r>
            <w:r w:rsidRPr="00282577">
              <w:rPr>
                <w:rFonts w:ascii="Arial" w:hAnsi="Arial" w:cs="Arial"/>
                <w:color w:val="444444"/>
                <w:sz w:val="18"/>
                <w:szCs w:val="18"/>
                <w:shd w:val="clear" w:color="auto" w:fill="FFFFFF"/>
              </w:rPr>
              <w:t> </w:t>
            </w:r>
            <w:r w:rsidRPr="00282577">
              <w:rPr>
                <w:rFonts w:ascii="Arial" w:hAnsi="Arial" w:cs="Arial"/>
                <w:color w:val="444444"/>
                <w:sz w:val="18"/>
                <w:szCs w:val="18"/>
                <w:shd w:val="clear" w:color="auto" w:fill="FFFFFF"/>
                <w:lang w:val="ru-RU"/>
              </w:rPr>
              <w:t xml:space="preserve">ул. </w:t>
            </w:r>
            <w:proofErr w:type="spellStart"/>
            <w:r w:rsidRPr="00282577">
              <w:rPr>
                <w:rFonts w:ascii="Arial" w:hAnsi="Arial" w:cs="Arial"/>
                <w:color w:val="444444"/>
                <w:sz w:val="18"/>
                <w:szCs w:val="18"/>
                <w:shd w:val="clear" w:color="auto" w:fill="FFFFFF"/>
                <w:lang w:val="ru-RU"/>
              </w:rPr>
              <w:t>Подройкина</w:t>
            </w:r>
            <w:proofErr w:type="spellEnd"/>
            <w:r w:rsidRPr="00282577">
              <w:rPr>
                <w:rFonts w:ascii="Arial" w:hAnsi="Arial" w:cs="Arial"/>
                <w:color w:val="444444"/>
                <w:sz w:val="18"/>
                <w:szCs w:val="18"/>
                <w:shd w:val="clear" w:color="auto" w:fill="FFFFFF"/>
                <w:lang w:val="ru-RU"/>
              </w:rPr>
              <w:t xml:space="preserve">, 19, ст. </w:t>
            </w:r>
            <w:proofErr w:type="spellStart"/>
            <w:proofErr w:type="gramStart"/>
            <w:r w:rsidRPr="00282577">
              <w:rPr>
                <w:rFonts w:ascii="Arial" w:hAnsi="Arial" w:cs="Arial"/>
                <w:color w:val="444444"/>
                <w:sz w:val="18"/>
                <w:szCs w:val="18"/>
                <w:shd w:val="clear" w:color="auto" w:fill="FFFFFF"/>
                <w:lang w:val="ru-RU"/>
              </w:rPr>
              <w:t>Багаевская,Багаевский</w:t>
            </w:r>
            <w:proofErr w:type="spellEnd"/>
            <w:proofErr w:type="gramEnd"/>
            <w:r w:rsidRPr="00282577">
              <w:rPr>
                <w:rFonts w:ascii="Arial" w:hAnsi="Arial" w:cs="Arial"/>
                <w:color w:val="444444"/>
                <w:sz w:val="18"/>
                <w:szCs w:val="18"/>
                <w:shd w:val="clear" w:color="auto" w:fill="FFFFFF"/>
                <w:lang w:val="ru-RU"/>
              </w:rPr>
              <w:t xml:space="preserve"> р-н, Ростовская область,346610тел. (86357)33-5-96 </w:t>
            </w:r>
            <w:proofErr w:type="spellStart"/>
            <w:r w:rsidRPr="00282577">
              <w:rPr>
                <w:rFonts w:ascii="Arial" w:hAnsi="Arial" w:cs="Arial"/>
                <w:color w:val="444444"/>
                <w:sz w:val="18"/>
                <w:szCs w:val="18"/>
                <w:shd w:val="clear" w:color="auto" w:fill="FFFFFF"/>
                <w:lang w:val="ru-RU"/>
              </w:rPr>
              <w:t>тел.факс</w:t>
            </w:r>
            <w:proofErr w:type="spellEnd"/>
            <w:r w:rsidRPr="00282577">
              <w:rPr>
                <w:rFonts w:ascii="Arial" w:hAnsi="Arial" w:cs="Arial"/>
                <w:color w:val="444444"/>
                <w:sz w:val="18"/>
                <w:szCs w:val="18"/>
                <w:shd w:val="clear" w:color="auto" w:fill="FFFFFF"/>
                <w:lang w:val="ru-RU"/>
              </w:rPr>
              <w:t xml:space="preserve">: (86357) 33-0-87, </w:t>
            </w:r>
            <w:r w:rsidRPr="00282577">
              <w:rPr>
                <w:rFonts w:ascii="Arial" w:hAnsi="Arial" w:cs="Arial"/>
                <w:color w:val="444444"/>
                <w:sz w:val="18"/>
                <w:szCs w:val="18"/>
                <w:shd w:val="clear" w:color="auto" w:fill="FFFFFF"/>
              </w:rPr>
              <w:t>E</w:t>
            </w:r>
            <w:r w:rsidRPr="00282577">
              <w:rPr>
                <w:rFonts w:ascii="Arial" w:hAnsi="Arial" w:cs="Arial"/>
                <w:color w:val="444444"/>
                <w:sz w:val="18"/>
                <w:szCs w:val="18"/>
                <w:shd w:val="clear" w:color="auto" w:fill="FFFFFF"/>
                <w:lang w:val="ru-RU"/>
              </w:rPr>
              <w:t>-</w:t>
            </w:r>
            <w:r w:rsidRPr="00282577">
              <w:rPr>
                <w:rFonts w:ascii="Arial" w:hAnsi="Arial" w:cs="Arial"/>
                <w:color w:val="444444"/>
                <w:sz w:val="18"/>
                <w:szCs w:val="18"/>
                <w:shd w:val="clear" w:color="auto" w:fill="FFFFFF"/>
              </w:rPr>
              <w:t>mail</w:t>
            </w:r>
            <w:r w:rsidRPr="00282577">
              <w:rPr>
                <w:rFonts w:ascii="Arial" w:hAnsi="Arial" w:cs="Arial"/>
                <w:color w:val="444444"/>
                <w:sz w:val="18"/>
                <w:szCs w:val="18"/>
                <w:shd w:val="clear" w:color="auto" w:fill="FFFFFF"/>
                <w:lang w:val="ru-RU"/>
              </w:rPr>
              <w:t>:</w:t>
            </w:r>
            <w:r w:rsidRPr="00282577">
              <w:rPr>
                <w:rFonts w:ascii="Arial" w:hAnsi="Arial" w:cs="Arial"/>
                <w:color w:val="444444"/>
                <w:sz w:val="18"/>
                <w:szCs w:val="18"/>
                <w:shd w:val="clear" w:color="auto" w:fill="FFFFFF"/>
              </w:rPr>
              <w:t> </w:t>
            </w:r>
            <w:hyperlink r:id="rId8" w:history="1">
              <w:r w:rsidRPr="00282577">
                <w:rPr>
                  <w:rStyle w:val="aff8"/>
                  <w:rFonts w:ascii="Arial" w:hAnsi="Arial" w:cs="Arial"/>
                  <w:color w:val="1E72BD"/>
                  <w:sz w:val="18"/>
                  <w:szCs w:val="18"/>
                  <w:shd w:val="clear" w:color="auto" w:fill="FFFFFF"/>
                </w:rPr>
                <w:t>roo</w:t>
              </w:r>
              <w:r w:rsidRPr="00282577">
                <w:rPr>
                  <w:rStyle w:val="aff8"/>
                  <w:rFonts w:ascii="Arial" w:hAnsi="Arial" w:cs="Arial"/>
                  <w:color w:val="1E72BD"/>
                  <w:sz w:val="18"/>
                  <w:szCs w:val="18"/>
                  <w:shd w:val="clear" w:color="auto" w:fill="FFFFFF"/>
                  <w:lang w:val="ru-RU"/>
                </w:rPr>
                <w:t>_</w:t>
              </w:r>
              <w:r w:rsidRPr="00282577">
                <w:rPr>
                  <w:rStyle w:val="aff8"/>
                  <w:rFonts w:ascii="Arial" w:hAnsi="Arial" w:cs="Arial"/>
                  <w:color w:val="1E72BD"/>
                  <w:sz w:val="18"/>
                  <w:szCs w:val="18"/>
                  <w:shd w:val="clear" w:color="auto" w:fill="FFFFFF"/>
                </w:rPr>
                <w:t>bagaevsky</w:t>
              </w:r>
              <w:r w:rsidRPr="00282577">
                <w:rPr>
                  <w:rStyle w:val="aff8"/>
                  <w:rFonts w:ascii="Arial" w:hAnsi="Arial" w:cs="Arial"/>
                  <w:color w:val="1E72BD"/>
                  <w:sz w:val="18"/>
                  <w:szCs w:val="18"/>
                  <w:shd w:val="clear" w:color="auto" w:fill="FFFFFF"/>
                  <w:lang w:val="ru-RU"/>
                </w:rPr>
                <w:t>@</w:t>
              </w:r>
              <w:r w:rsidRPr="00282577">
                <w:rPr>
                  <w:rStyle w:val="aff8"/>
                  <w:rFonts w:ascii="Arial" w:hAnsi="Arial" w:cs="Arial"/>
                  <w:color w:val="1E72BD"/>
                  <w:sz w:val="18"/>
                  <w:szCs w:val="18"/>
                  <w:shd w:val="clear" w:color="auto" w:fill="FFFFFF"/>
                </w:rPr>
                <w:t>rostobr</w:t>
              </w:r>
              <w:r w:rsidRPr="00282577">
                <w:rPr>
                  <w:rStyle w:val="aff8"/>
                  <w:rFonts w:ascii="Arial" w:hAnsi="Arial" w:cs="Arial"/>
                  <w:color w:val="1E72BD"/>
                  <w:sz w:val="18"/>
                  <w:szCs w:val="18"/>
                  <w:shd w:val="clear" w:color="auto" w:fill="FFFFFF"/>
                  <w:lang w:val="ru-RU"/>
                </w:rPr>
                <w:t>.</w:t>
              </w:r>
              <w:r w:rsidRPr="00282577">
                <w:rPr>
                  <w:rStyle w:val="aff8"/>
                  <w:rFonts w:ascii="Arial" w:hAnsi="Arial" w:cs="Arial"/>
                  <w:color w:val="1E72BD"/>
                  <w:sz w:val="18"/>
                  <w:szCs w:val="18"/>
                  <w:shd w:val="clear" w:color="auto" w:fill="FFFFFF"/>
                </w:rPr>
                <w:t>ru</w:t>
              </w:r>
            </w:hyperlink>
            <w:r w:rsidRPr="00282577">
              <w:rPr>
                <w:rFonts w:ascii="Arial" w:hAnsi="Arial" w:cs="Arial"/>
                <w:color w:val="444444"/>
                <w:sz w:val="18"/>
                <w:szCs w:val="18"/>
                <w:shd w:val="clear" w:color="auto" w:fill="FFFFFF"/>
                <w:lang w:val="ru-RU"/>
              </w:rPr>
              <w:t>ОКПО 02114475, ОГРН 1026100705663, ИНН/КПП 6103003371/610301001</w:t>
            </w:r>
          </w:p>
        </w:tc>
      </w:tr>
      <w:tr w:rsidR="009D3111" w:rsidRPr="003E4E25">
        <w:trPr>
          <w:jc w:val="center"/>
        </w:trPr>
        <w:tc>
          <w:tcPr>
            <w:tcW w:w="3401" w:type="dxa"/>
            <w:shd w:val="clear" w:color="auto" w:fill="F2F4F7"/>
            <w:tcMar>
              <w:top w:w="90" w:type="dxa"/>
              <w:left w:w="120" w:type="dxa"/>
              <w:bottom w:w="90" w:type="dxa"/>
              <w:right w:w="120" w:type="dxa"/>
            </w:tcMar>
          </w:tcPr>
          <w:p w:rsidR="009D3111" w:rsidRDefault="00D10209">
            <w:pPr>
              <w:spacing w:after="0"/>
            </w:pPr>
            <w:proofErr w:type="spellStart"/>
            <w:r>
              <w:rPr>
                <w:rFonts w:eastAsia="Calibri"/>
                <w:b/>
                <w:sz w:val="19"/>
              </w:rPr>
              <w:t>Режим</w:t>
            </w:r>
            <w:proofErr w:type="spellEnd"/>
            <w:r>
              <w:rPr>
                <w:rFonts w:eastAsia="Calibri"/>
                <w:b/>
                <w:sz w:val="19"/>
              </w:rPr>
              <w:t xml:space="preserve"> </w:t>
            </w:r>
            <w:proofErr w:type="spellStart"/>
            <w:r>
              <w:rPr>
                <w:rFonts w:eastAsia="Calibri"/>
                <w:b/>
                <w:sz w:val="19"/>
              </w:rPr>
              <w:t>работы</w:t>
            </w:r>
            <w:proofErr w:type="spellEnd"/>
          </w:p>
        </w:tc>
        <w:tc>
          <w:tcPr>
            <w:tcW w:w="5952" w:type="dxa"/>
            <w:tcMar>
              <w:top w:w="90" w:type="dxa"/>
              <w:left w:w="120" w:type="dxa"/>
              <w:bottom w:w="90" w:type="dxa"/>
              <w:right w:w="120" w:type="dxa"/>
            </w:tcMar>
          </w:tcPr>
          <w:p w:rsidR="009D3111" w:rsidRPr="00F42E2E" w:rsidRDefault="00D10209" w:rsidP="00FA612A">
            <w:pPr>
              <w:spacing w:after="0"/>
              <w:rPr>
                <w:lang w:val="ru-RU"/>
              </w:rPr>
            </w:pPr>
            <w:proofErr w:type="gramStart"/>
            <w:r w:rsidRPr="00F42E2E">
              <w:rPr>
                <w:rFonts w:eastAsia="Calibri"/>
                <w:sz w:val="19"/>
                <w:lang w:val="ru-RU"/>
              </w:rPr>
              <w:t>пятидневная</w:t>
            </w:r>
            <w:proofErr w:type="gramEnd"/>
            <w:r w:rsidRPr="00F42E2E">
              <w:rPr>
                <w:rFonts w:eastAsia="Calibri"/>
                <w:sz w:val="19"/>
                <w:lang w:val="ru-RU"/>
              </w:rPr>
              <w:t xml:space="preserve"> неделя; </w:t>
            </w:r>
            <w:r w:rsidR="00FA612A">
              <w:rPr>
                <w:rFonts w:eastAsia="Calibri"/>
                <w:sz w:val="19"/>
                <w:lang w:val="ru-RU"/>
              </w:rPr>
              <w:t>1смена 1-3,5-11 классы ;2</w:t>
            </w:r>
            <w:r w:rsidRPr="00F42E2E">
              <w:rPr>
                <w:rFonts w:eastAsia="Calibri"/>
                <w:sz w:val="19"/>
                <w:lang w:val="ru-RU"/>
              </w:rPr>
              <w:t xml:space="preserve"> смен</w:t>
            </w:r>
            <w:r w:rsidR="00FA612A">
              <w:rPr>
                <w:rFonts w:eastAsia="Calibri"/>
                <w:sz w:val="19"/>
                <w:lang w:val="ru-RU"/>
              </w:rPr>
              <w:t>а-4 класс</w:t>
            </w:r>
          </w:p>
        </w:tc>
      </w:tr>
      <w:tr w:rsidR="009D3111">
        <w:trPr>
          <w:jc w:val="center"/>
        </w:trPr>
        <w:tc>
          <w:tcPr>
            <w:tcW w:w="3401" w:type="dxa"/>
            <w:shd w:val="clear" w:color="auto" w:fill="F2F4F7"/>
            <w:tcMar>
              <w:top w:w="90" w:type="dxa"/>
              <w:left w:w="120" w:type="dxa"/>
              <w:bottom w:w="90" w:type="dxa"/>
              <w:right w:w="120" w:type="dxa"/>
            </w:tcMar>
          </w:tcPr>
          <w:p w:rsidR="009D3111" w:rsidRDefault="00D10209">
            <w:pPr>
              <w:spacing w:after="0"/>
            </w:pPr>
            <w:proofErr w:type="spellStart"/>
            <w:r>
              <w:rPr>
                <w:rFonts w:eastAsia="Calibri"/>
                <w:b/>
                <w:sz w:val="19"/>
              </w:rPr>
              <w:t>Дата</w:t>
            </w:r>
            <w:proofErr w:type="spellEnd"/>
            <w:r>
              <w:rPr>
                <w:rFonts w:eastAsia="Calibri"/>
                <w:b/>
                <w:sz w:val="19"/>
              </w:rPr>
              <w:t xml:space="preserve"> </w:t>
            </w:r>
            <w:proofErr w:type="spellStart"/>
            <w:r>
              <w:rPr>
                <w:rFonts w:eastAsia="Calibri"/>
                <w:b/>
                <w:sz w:val="19"/>
              </w:rPr>
              <w:t>введения</w:t>
            </w:r>
            <w:proofErr w:type="spellEnd"/>
            <w:r>
              <w:rPr>
                <w:rFonts w:eastAsia="Calibri"/>
                <w:b/>
                <w:sz w:val="19"/>
              </w:rPr>
              <w:t xml:space="preserve"> в </w:t>
            </w:r>
            <w:proofErr w:type="spellStart"/>
            <w:r>
              <w:rPr>
                <w:rFonts w:eastAsia="Calibri"/>
                <w:b/>
                <w:sz w:val="19"/>
              </w:rPr>
              <w:t>действие</w:t>
            </w:r>
            <w:proofErr w:type="spellEnd"/>
          </w:p>
        </w:tc>
        <w:tc>
          <w:tcPr>
            <w:tcW w:w="5952" w:type="dxa"/>
            <w:tcMar>
              <w:top w:w="90" w:type="dxa"/>
              <w:left w:w="120" w:type="dxa"/>
              <w:bottom w:w="90" w:type="dxa"/>
              <w:right w:w="120" w:type="dxa"/>
            </w:tcMar>
          </w:tcPr>
          <w:p w:rsidR="009D3111" w:rsidRDefault="00D10209">
            <w:pPr>
              <w:spacing w:after="0"/>
            </w:pPr>
            <w:r>
              <w:rPr>
                <w:rFonts w:eastAsia="Calibri"/>
                <w:sz w:val="19"/>
              </w:rPr>
              <w:t>1 сентября 2026 года</w:t>
            </w:r>
          </w:p>
        </w:tc>
      </w:tr>
    </w:tbl>
    <w:p w:rsidR="009D3111" w:rsidRPr="00F42E2E" w:rsidRDefault="00D10209">
      <w:pPr>
        <w:rPr>
          <w:lang w:val="ru-RU"/>
        </w:rPr>
      </w:pPr>
      <w:r w:rsidRPr="00F42E2E">
        <w:rPr>
          <w:lang w:val="ru-RU"/>
        </w:rPr>
        <w:br w:type="page"/>
      </w:r>
    </w:p>
    <w:p w:rsidR="009D3111" w:rsidRPr="00F42E2E" w:rsidRDefault="00D10209">
      <w:pPr>
        <w:pStyle w:val="1"/>
        <w:rPr>
          <w:lang w:val="ru-RU"/>
        </w:rPr>
      </w:pPr>
      <w:r w:rsidRPr="00F42E2E">
        <w:rPr>
          <w:lang w:val="ru-RU"/>
        </w:rPr>
        <w:lastRenderedPageBreak/>
        <w:t>1. Общие положения</w:t>
      </w:r>
    </w:p>
    <w:p w:rsidR="009D3111" w:rsidRPr="00F42E2E" w:rsidRDefault="00D10209">
      <w:pPr>
        <w:spacing w:after="80"/>
        <w:ind w:firstLine="425"/>
        <w:rPr>
          <w:lang w:val="ru-RU"/>
        </w:rPr>
      </w:pPr>
      <w:r w:rsidRPr="00F42E2E">
        <w:rPr>
          <w:rFonts w:eastAsia="Calibri"/>
          <w:lang w:val="ru-RU"/>
        </w:rPr>
        <w:t xml:space="preserve">1.1. Настоящие Правила внутреннего распорядка обучающихся (далее — Правила) регулируют организацию внутреннего распорядка, требования к дисциплине на учебных занятиях и правила поведения обучающихся </w:t>
      </w:r>
      <w:r w:rsidR="003E4E25">
        <w:rPr>
          <w:rFonts w:eastAsia="Calibri"/>
          <w:lang w:val="ru-RU"/>
        </w:rPr>
        <w:t>МБОУ Кудиновской СОШ</w:t>
      </w:r>
      <w:bookmarkStart w:id="0" w:name="_GoBack"/>
      <w:bookmarkEnd w:id="0"/>
      <w:r w:rsidRPr="00F42E2E">
        <w:rPr>
          <w:rFonts w:eastAsia="Calibri"/>
          <w:lang w:val="ru-RU"/>
        </w:rPr>
        <w:t xml:space="preserve"> (далее — Школа), а также основные права, обязанности, меры поощрения, педагогического воздействия и дисциплинарной ответственности обучающихся.</w:t>
      </w:r>
      <w:r w:rsidRPr="00F42E2E">
        <w:rPr>
          <w:rFonts w:eastAsia="Calibri"/>
          <w:color w:val="1F4D78"/>
          <w:sz w:val="21"/>
          <w:lang w:val="ru-RU"/>
        </w:rPr>
        <w:t xml:space="preserve"> [2, ст. 28, 30, 43; 16]</w:t>
      </w:r>
    </w:p>
    <w:p w:rsidR="009D3111" w:rsidRPr="00F42E2E" w:rsidRDefault="00D10209">
      <w:pPr>
        <w:spacing w:after="80"/>
        <w:ind w:firstLine="425"/>
        <w:rPr>
          <w:lang w:val="ru-RU"/>
        </w:rPr>
      </w:pPr>
      <w:r w:rsidRPr="00F42E2E">
        <w:rPr>
          <w:rFonts w:eastAsia="Calibri"/>
          <w:lang w:val="ru-RU"/>
        </w:rPr>
        <w:t>1.2. Правила разработаны на основании следующих нормативных правовых и локальных актов (в действующих редакциях):</w:t>
      </w:r>
    </w:p>
    <w:p w:rsidR="009D3111" w:rsidRPr="00F42E2E" w:rsidRDefault="00D10209">
      <w:pPr>
        <w:spacing w:after="40" w:line="247" w:lineRule="auto"/>
        <w:ind w:left="425" w:hanging="425"/>
        <w:rPr>
          <w:lang w:val="ru-RU"/>
        </w:rPr>
      </w:pPr>
      <w:r w:rsidRPr="00F42E2E">
        <w:rPr>
          <w:rFonts w:eastAsia="Calibri"/>
          <w:b/>
          <w:color w:val="1F4D78"/>
          <w:sz w:val="21"/>
          <w:lang w:val="ru-RU"/>
        </w:rPr>
        <w:t xml:space="preserve">[1] </w:t>
      </w:r>
      <w:r w:rsidRPr="00F42E2E">
        <w:rPr>
          <w:rFonts w:eastAsia="Calibri"/>
          <w:sz w:val="21"/>
          <w:lang w:val="ru-RU"/>
        </w:rPr>
        <w:t>Конституция Российской Федерации;</w:t>
      </w:r>
    </w:p>
    <w:p w:rsidR="009D3111" w:rsidRPr="00F42E2E" w:rsidRDefault="00D10209">
      <w:pPr>
        <w:spacing w:after="40" w:line="247" w:lineRule="auto"/>
        <w:ind w:left="425" w:hanging="425"/>
        <w:rPr>
          <w:lang w:val="ru-RU"/>
        </w:rPr>
      </w:pPr>
      <w:r w:rsidRPr="00F42E2E">
        <w:rPr>
          <w:rFonts w:eastAsia="Calibri"/>
          <w:b/>
          <w:color w:val="1F4D78"/>
          <w:sz w:val="21"/>
          <w:lang w:val="ru-RU"/>
        </w:rPr>
        <w:t xml:space="preserve">[2] </w:t>
      </w:r>
      <w:r w:rsidRPr="00F42E2E">
        <w:rPr>
          <w:rFonts w:eastAsia="Calibri"/>
          <w:sz w:val="21"/>
          <w:lang w:val="ru-RU"/>
        </w:rPr>
        <w:t>Федеральный закон от 29.12.2012 № 273-ФЗ «Об образовании в Российской Федерации»;</w:t>
      </w:r>
    </w:p>
    <w:p w:rsidR="009D3111" w:rsidRPr="00F42E2E" w:rsidRDefault="00D10209">
      <w:pPr>
        <w:spacing w:after="40" w:line="247" w:lineRule="auto"/>
        <w:ind w:left="425" w:hanging="425"/>
        <w:rPr>
          <w:lang w:val="ru-RU"/>
        </w:rPr>
      </w:pPr>
      <w:r w:rsidRPr="00F42E2E">
        <w:rPr>
          <w:rFonts w:eastAsia="Calibri"/>
          <w:b/>
          <w:color w:val="1F4D78"/>
          <w:sz w:val="21"/>
          <w:lang w:val="ru-RU"/>
        </w:rPr>
        <w:t xml:space="preserve">[3] </w:t>
      </w:r>
      <w:r w:rsidRPr="00F42E2E">
        <w:rPr>
          <w:rFonts w:eastAsia="Calibri"/>
          <w:sz w:val="21"/>
          <w:lang w:val="ru-RU"/>
        </w:rPr>
        <w:t>Федеральный закон от 24.07.1998 № 124-ФЗ «Об основных гарантиях прав ребенка в Российской Федерации»;</w:t>
      </w:r>
    </w:p>
    <w:p w:rsidR="009D3111" w:rsidRPr="00F42E2E" w:rsidRDefault="00D10209">
      <w:pPr>
        <w:spacing w:after="40" w:line="247" w:lineRule="auto"/>
        <w:ind w:left="425" w:hanging="425"/>
        <w:rPr>
          <w:lang w:val="ru-RU"/>
        </w:rPr>
      </w:pPr>
      <w:r w:rsidRPr="00F42E2E">
        <w:rPr>
          <w:rFonts w:eastAsia="Calibri"/>
          <w:b/>
          <w:color w:val="1F4D78"/>
          <w:sz w:val="21"/>
          <w:lang w:val="ru-RU"/>
        </w:rPr>
        <w:t xml:space="preserve">[4] </w:t>
      </w:r>
      <w:r w:rsidRPr="00F42E2E">
        <w:rPr>
          <w:rFonts w:eastAsia="Calibri"/>
          <w:sz w:val="21"/>
          <w:lang w:val="ru-RU"/>
        </w:rPr>
        <w:t>Федеральный закон от 24.06.1999 № 120-ФЗ «Об основах системы профилактики безнадзорности и правонарушений несовершеннолетних»;</w:t>
      </w:r>
    </w:p>
    <w:p w:rsidR="009D3111" w:rsidRPr="00F42E2E" w:rsidRDefault="00D10209">
      <w:pPr>
        <w:spacing w:after="40" w:line="247" w:lineRule="auto"/>
        <w:ind w:left="425" w:hanging="425"/>
        <w:rPr>
          <w:lang w:val="ru-RU"/>
        </w:rPr>
      </w:pPr>
      <w:r w:rsidRPr="00F42E2E">
        <w:rPr>
          <w:rFonts w:eastAsia="Calibri"/>
          <w:b/>
          <w:color w:val="1F4D78"/>
          <w:sz w:val="21"/>
          <w:lang w:val="ru-RU"/>
        </w:rPr>
        <w:t xml:space="preserve">[5] </w:t>
      </w:r>
      <w:r w:rsidRPr="00F42E2E">
        <w:rPr>
          <w:rFonts w:eastAsia="Calibri"/>
          <w:sz w:val="21"/>
          <w:lang w:val="ru-RU"/>
        </w:rPr>
        <w:t>Федеральный закон от 30.03.1999 № 52-ФЗ «О санитарно-эпидемиологическом благополучии населения»;</w:t>
      </w:r>
    </w:p>
    <w:p w:rsidR="009D3111" w:rsidRPr="00F42E2E" w:rsidRDefault="00D10209">
      <w:pPr>
        <w:spacing w:after="40" w:line="247" w:lineRule="auto"/>
        <w:ind w:left="425" w:hanging="425"/>
        <w:rPr>
          <w:lang w:val="ru-RU"/>
        </w:rPr>
      </w:pPr>
      <w:r w:rsidRPr="00F42E2E">
        <w:rPr>
          <w:rFonts w:eastAsia="Calibri"/>
          <w:b/>
          <w:color w:val="1F4D78"/>
          <w:sz w:val="21"/>
          <w:lang w:val="ru-RU"/>
        </w:rPr>
        <w:t xml:space="preserve">[6] </w:t>
      </w:r>
      <w:r w:rsidRPr="00F42E2E">
        <w:rPr>
          <w:rFonts w:eastAsia="Calibri"/>
          <w:sz w:val="21"/>
          <w:lang w:val="ru-RU"/>
        </w:rPr>
        <w:t>Федеральный закон от 27.07.2006 № 152-ФЗ «О персональных данных»;</w:t>
      </w:r>
    </w:p>
    <w:p w:rsidR="009D3111" w:rsidRPr="00F42E2E" w:rsidRDefault="00D10209">
      <w:pPr>
        <w:spacing w:after="40" w:line="247" w:lineRule="auto"/>
        <w:ind w:left="425" w:hanging="425"/>
        <w:rPr>
          <w:lang w:val="ru-RU"/>
        </w:rPr>
      </w:pPr>
      <w:r w:rsidRPr="00F42E2E">
        <w:rPr>
          <w:rFonts w:eastAsia="Calibri"/>
          <w:b/>
          <w:color w:val="1F4D78"/>
          <w:sz w:val="21"/>
          <w:lang w:val="ru-RU"/>
        </w:rPr>
        <w:t xml:space="preserve">[7] </w:t>
      </w:r>
      <w:r w:rsidRPr="00F42E2E">
        <w:rPr>
          <w:rFonts w:eastAsia="Calibri"/>
          <w:sz w:val="21"/>
          <w:lang w:val="ru-RU"/>
        </w:rPr>
        <w:t>Федеральный закон от 29.12.2010 № 436-ФЗ «О защите детей от информации, причиняющей вред их здоровью и развитию»;</w:t>
      </w:r>
    </w:p>
    <w:p w:rsidR="009D3111" w:rsidRPr="00F42E2E" w:rsidRDefault="00D10209">
      <w:pPr>
        <w:spacing w:after="40" w:line="247" w:lineRule="auto"/>
        <w:ind w:left="425" w:hanging="425"/>
        <w:rPr>
          <w:lang w:val="ru-RU"/>
        </w:rPr>
      </w:pPr>
      <w:r w:rsidRPr="00F42E2E">
        <w:rPr>
          <w:rFonts w:eastAsia="Calibri"/>
          <w:b/>
          <w:color w:val="1F4D78"/>
          <w:sz w:val="21"/>
          <w:lang w:val="ru-RU"/>
        </w:rPr>
        <w:t xml:space="preserve">[8] </w:t>
      </w:r>
      <w:r w:rsidRPr="00F42E2E">
        <w:rPr>
          <w:rFonts w:eastAsia="Calibri"/>
          <w:sz w:val="21"/>
          <w:lang w:val="ru-RU"/>
        </w:rPr>
        <w:t>Федеральный закон от 21.11.2011 № 323-ФЗ «Об основах охраны здоровья граждан в Российской Федерации»;</w:t>
      </w:r>
    </w:p>
    <w:p w:rsidR="009D3111" w:rsidRPr="00F42E2E" w:rsidRDefault="00D10209">
      <w:pPr>
        <w:spacing w:after="40" w:line="247" w:lineRule="auto"/>
        <w:ind w:left="425" w:hanging="425"/>
        <w:rPr>
          <w:lang w:val="ru-RU"/>
        </w:rPr>
      </w:pPr>
      <w:r w:rsidRPr="00F42E2E">
        <w:rPr>
          <w:rFonts w:eastAsia="Calibri"/>
          <w:b/>
          <w:color w:val="1F4D78"/>
          <w:sz w:val="21"/>
          <w:lang w:val="ru-RU"/>
        </w:rPr>
        <w:t xml:space="preserve">[9] </w:t>
      </w:r>
      <w:r w:rsidRPr="00F42E2E">
        <w:rPr>
          <w:rFonts w:eastAsia="Calibri"/>
          <w:sz w:val="21"/>
          <w:lang w:val="ru-RU"/>
        </w:rPr>
        <w:t xml:space="preserve">Федеральный закон от 23.02.2013 № 15-ФЗ «Об охране здоровья граждан от воздействия окружающего табачного дыма, последствий потребления табака или потребления </w:t>
      </w:r>
      <w:proofErr w:type="spellStart"/>
      <w:r w:rsidRPr="00F42E2E">
        <w:rPr>
          <w:rFonts w:eastAsia="Calibri"/>
          <w:sz w:val="21"/>
          <w:lang w:val="ru-RU"/>
        </w:rPr>
        <w:t>никотинсодержащей</w:t>
      </w:r>
      <w:proofErr w:type="spellEnd"/>
      <w:r w:rsidRPr="00F42E2E">
        <w:rPr>
          <w:rFonts w:eastAsia="Calibri"/>
          <w:sz w:val="21"/>
          <w:lang w:val="ru-RU"/>
        </w:rPr>
        <w:t xml:space="preserve"> продукции»;</w:t>
      </w:r>
    </w:p>
    <w:p w:rsidR="009D3111" w:rsidRPr="00F42E2E" w:rsidRDefault="00D10209">
      <w:pPr>
        <w:spacing w:after="40" w:line="247" w:lineRule="auto"/>
        <w:ind w:left="425" w:hanging="425"/>
        <w:rPr>
          <w:lang w:val="ru-RU"/>
        </w:rPr>
      </w:pPr>
      <w:r w:rsidRPr="00F42E2E">
        <w:rPr>
          <w:rFonts w:eastAsia="Calibri"/>
          <w:b/>
          <w:color w:val="1F4D78"/>
          <w:sz w:val="21"/>
          <w:lang w:val="ru-RU"/>
        </w:rPr>
        <w:t xml:space="preserve">[10] </w:t>
      </w:r>
      <w:r w:rsidRPr="00F42E2E">
        <w:rPr>
          <w:rFonts w:eastAsia="Calibri"/>
          <w:sz w:val="21"/>
          <w:lang w:val="ru-RU"/>
        </w:rPr>
        <w:t>СП 2.4.2.4283-26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02.06.2026 № 19;</w:t>
      </w:r>
    </w:p>
    <w:p w:rsidR="009D3111" w:rsidRPr="00F42E2E" w:rsidRDefault="00D10209">
      <w:pPr>
        <w:spacing w:after="40" w:line="247" w:lineRule="auto"/>
        <w:ind w:left="425" w:hanging="425"/>
        <w:rPr>
          <w:lang w:val="ru-RU"/>
        </w:rPr>
      </w:pPr>
      <w:r w:rsidRPr="00F42E2E">
        <w:rPr>
          <w:rFonts w:eastAsia="Calibri"/>
          <w:b/>
          <w:color w:val="1F4D78"/>
          <w:sz w:val="21"/>
          <w:lang w:val="ru-RU"/>
        </w:rPr>
        <w:t xml:space="preserve">[11] </w:t>
      </w:r>
      <w:r w:rsidRPr="00F42E2E">
        <w:rPr>
          <w:rFonts w:eastAsia="Calibri"/>
          <w:sz w:val="21"/>
          <w:lang w:val="ru-RU"/>
        </w:rPr>
        <w:t>СанПиН 1.2.3685-21 «Гигиенические нормативы и требования к обеспечению безопасности и (или) безвредности для человека факторов среды обитания» в действующей редакции;</w:t>
      </w:r>
    </w:p>
    <w:p w:rsidR="009D3111" w:rsidRPr="00F42E2E" w:rsidRDefault="00D10209">
      <w:pPr>
        <w:spacing w:after="40" w:line="247" w:lineRule="auto"/>
        <w:ind w:left="425" w:hanging="425"/>
        <w:rPr>
          <w:lang w:val="ru-RU"/>
        </w:rPr>
      </w:pPr>
      <w:r w:rsidRPr="00F42E2E">
        <w:rPr>
          <w:rFonts w:eastAsia="Calibri"/>
          <w:b/>
          <w:color w:val="1F4D78"/>
          <w:sz w:val="21"/>
          <w:lang w:val="ru-RU"/>
        </w:rPr>
        <w:t xml:space="preserve">[12] </w:t>
      </w:r>
      <w:r w:rsidRPr="00F42E2E">
        <w:rPr>
          <w:rFonts w:eastAsia="Calibri"/>
          <w:sz w:val="21"/>
          <w:lang w:val="ru-RU"/>
        </w:rPr>
        <w:t xml:space="preserve">приказ </w:t>
      </w:r>
      <w:proofErr w:type="spellStart"/>
      <w:r w:rsidRPr="00F42E2E">
        <w:rPr>
          <w:rFonts w:eastAsia="Calibri"/>
          <w:sz w:val="21"/>
          <w:lang w:val="ru-RU"/>
        </w:rPr>
        <w:t>Минпросвещения</w:t>
      </w:r>
      <w:proofErr w:type="spellEnd"/>
      <w:r w:rsidRPr="00F42E2E">
        <w:rPr>
          <w:rFonts w:eastAsia="Calibri"/>
          <w:sz w:val="21"/>
          <w:lang w:val="ru-RU"/>
        </w:rPr>
        <w:t xml:space="preserve"> России от 27.03.2025 № 243 «Об утверждении Порядка применения к обучающимся по образовательным программам основного общего образования, образовательным программам среднего общего образования,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дополнительным общеобразовательным программам мер дисциплинарного взыскания и снятия их с указанных обучающихся» в редакции приказа </w:t>
      </w:r>
      <w:proofErr w:type="spellStart"/>
      <w:r w:rsidRPr="00F42E2E">
        <w:rPr>
          <w:rFonts w:eastAsia="Calibri"/>
          <w:sz w:val="21"/>
          <w:lang w:val="ru-RU"/>
        </w:rPr>
        <w:t>Минпросвещения</w:t>
      </w:r>
      <w:proofErr w:type="spellEnd"/>
      <w:r w:rsidRPr="00F42E2E">
        <w:rPr>
          <w:rFonts w:eastAsia="Calibri"/>
          <w:sz w:val="21"/>
          <w:lang w:val="ru-RU"/>
        </w:rPr>
        <w:t xml:space="preserve"> России от 30.09.2025 № 711;</w:t>
      </w:r>
    </w:p>
    <w:p w:rsidR="009D3111" w:rsidRPr="00F42E2E" w:rsidRDefault="00D10209">
      <w:pPr>
        <w:spacing w:after="40" w:line="247" w:lineRule="auto"/>
        <w:ind w:left="425" w:hanging="425"/>
        <w:rPr>
          <w:lang w:val="ru-RU"/>
        </w:rPr>
      </w:pPr>
      <w:r w:rsidRPr="00F42E2E">
        <w:rPr>
          <w:rFonts w:eastAsia="Calibri"/>
          <w:b/>
          <w:color w:val="1F4D78"/>
          <w:sz w:val="21"/>
          <w:lang w:val="ru-RU"/>
        </w:rPr>
        <w:t xml:space="preserve">[13] </w:t>
      </w:r>
      <w:r w:rsidRPr="00F42E2E">
        <w:rPr>
          <w:rFonts w:eastAsia="Calibri"/>
          <w:sz w:val="21"/>
          <w:lang w:val="ru-RU"/>
        </w:rPr>
        <w:t>СанПиН 2.3/2.4.4282-26 «Санитарно-эпидемиологические требования к организации общественного питания населения»;</w:t>
      </w:r>
    </w:p>
    <w:p w:rsidR="009D3111" w:rsidRPr="00F42E2E" w:rsidRDefault="00D10209">
      <w:pPr>
        <w:spacing w:after="40" w:line="247" w:lineRule="auto"/>
        <w:ind w:left="425" w:hanging="425"/>
        <w:rPr>
          <w:lang w:val="ru-RU"/>
        </w:rPr>
      </w:pPr>
      <w:r w:rsidRPr="00F42E2E">
        <w:rPr>
          <w:rFonts w:eastAsia="Calibri"/>
          <w:b/>
          <w:color w:val="1F4D78"/>
          <w:sz w:val="21"/>
          <w:lang w:val="ru-RU"/>
        </w:rPr>
        <w:t xml:space="preserve">[14] </w:t>
      </w:r>
      <w:r w:rsidRPr="00F42E2E">
        <w:rPr>
          <w:rFonts w:eastAsia="Calibri"/>
          <w:sz w:val="21"/>
          <w:lang w:val="ru-RU"/>
        </w:rPr>
        <w:t>Правила противопожарного режима в Российской Федерации, утвержденные постановлением Правительства Российской Федерации от 16.09.2020 № 1479, в действующей редакции;</w:t>
      </w:r>
    </w:p>
    <w:p w:rsidR="009D3111" w:rsidRPr="00F42E2E" w:rsidRDefault="00D10209">
      <w:pPr>
        <w:spacing w:after="40" w:line="247" w:lineRule="auto"/>
        <w:ind w:left="425" w:hanging="425"/>
        <w:rPr>
          <w:lang w:val="ru-RU"/>
        </w:rPr>
      </w:pPr>
      <w:r w:rsidRPr="00F42E2E">
        <w:rPr>
          <w:rFonts w:eastAsia="Calibri"/>
          <w:b/>
          <w:color w:val="1F4D78"/>
          <w:sz w:val="21"/>
          <w:lang w:val="ru-RU"/>
        </w:rPr>
        <w:t xml:space="preserve">[15] </w:t>
      </w:r>
      <w:r w:rsidRPr="00F42E2E">
        <w:rPr>
          <w:rFonts w:eastAsia="Calibri"/>
          <w:sz w:val="21"/>
          <w:lang w:val="ru-RU"/>
        </w:rPr>
        <w:t>Требования к антитеррористической защищенности объектов (территорий) Министерства просвещения Российской Федерации и объектов (территорий), относящихся к сфере его деятельности, утвержденные постановлением Правительства Российской Федерации от 02.08.2019 № 1006, в действующей редакции;</w:t>
      </w:r>
    </w:p>
    <w:p w:rsidR="009D3111" w:rsidRPr="00F42E2E" w:rsidRDefault="00D10209">
      <w:pPr>
        <w:spacing w:after="40" w:line="247" w:lineRule="auto"/>
        <w:ind w:left="425" w:hanging="425"/>
        <w:rPr>
          <w:lang w:val="ru-RU"/>
        </w:rPr>
      </w:pPr>
      <w:r w:rsidRPr="00F42E2E">
        <w:rPr>
          <w:rFonts w:eastAsia="Calibri"/>
          <w:b/>
          <w:color w:val="1F4D78"/>
          <w:sz w:val="21"/>
          <w:lang w:val="ru-RU"/>
        </w:rPr>
        <w:t xml:space="preserve">[16] </w:t>
      </w:r>
      <w:r w:rsidRPr="00F42E2E">
        <w:rPr>
          <w:rFonts w:eastAsia="Calibri"/>
          <w:sz w:val="21"/>
          <w:lang w:val="ru-RU"/>
        </w:rPr>
        <w:t>устав Школы, положение о режиме занятий, положение о требованиях к одежде обучающихся, положение о пропускном и внутриобъектовом режимах, положение о комиссии по урегулированию споров и иные локальные нормативные акты Школы.</w:t>
      </w:r>
    </w:p>
    <w:p w:rsidR="009D3111" w:rsidRPr="00F42E2E" w:rsidRDefault="00D10209">
      <w:pPr>
        <w:spacing w:after="80"/>
        <w:ind w:firstLine="425"/>
        <w:rPr>
          <w:lang w:val="ru-RU"/>
        </w:rPr>
      </w:pPr>
      <w:r w:rsidRPr="00F42E2E">
        <w:rPr>
          <w:rFonts w:eastAsia="Calibri"/>
          <w:lang w:val="ru-RU"/>
        </w:rPr>
        <w:t>1.3. Правила действуют в здании, помещениях и на территории Школы, во время учебных занятий, перемен, внеурочных занятий, школьных мероприятий, экскурсий, поездок, практик, соревнований и иных мероприятий, организованных Школой, в том числе проводимых вне ее территории или с применением дистанционных образовательных технологий, в части, обусловленной формой мероприятия.</w:t>
      </w:r>
      <w:r w:rsidRPr="00F42E2E">
        <w:rPr>
          <w:rFonts w:eastAsia="Calibri"/>
          <w:color w:val="1F4D78"/>
          <w:sz w:val="21"/>
          <w:lang w:val="ru-RU"/>
        </w:rPr>
        <w:t xml:space="preserve"> [2, ст. 28, 43; 16]</w:t>
      </w:r>
    </w:p>
    <w:p w:rsidR="009D3111" w:rsidRPr="00F42E2E" w:rsidRDefault="00D10209">
      <w:pPr>
        <w:spacing w:after="80"/>
        <w:ind w:firstLine="425"/>
        <w:rPr>
          <w:lang w:val="ru-RU"/>
        </w:rPr>
      </w:pPr>
      <w:r w:rsidRPr="00F42E2E">
        <w:rPr>
          <w:rFonts w:eastAsia="Calibri"/>
          <w:lang w:val="ru-RU"/>
        </w:rPr>
        <w:lastRenderedPageBreak/>
        <w:t xml:space="preserve">1.4. Правила распространяются на обучающихся по образовательным программам начального общего, основного общего и среднего общего образования. Особенности их применения к обучающимся с ограниченными возможностями здоровья и инвалидностью определяются с учетом их возраста, состояния здоровья, психофизических особенностей, рекомендаций психолого-медико-педагогической комиссии и индивидуальной программы реабилитации или </w:t>
      </w:r>
      <w:proofErr w:type="spellStart"/>
      <w:r w:rsidRPr="00F42E2E">
        <w:rPr>
          <w:rFonts w:eastAsia="Calibri"/>
          <w:lang w:val="ru-RU"/>
        </w:rPr>
        <w:t>абилитации</w:t>
      </w:r>
      <w:proofErr w:type="spellEnd"/>
      <w:r w:rsidRPr="00F42E2E">
        <w:rPr>
          <w:rFonts w:eastAsia="Calibri"/>
          <w:lang w:val="ru-RU"/>
        </w:rPr>
        <w:t xml:space="preserve"> инвалида.</w:t>
      </w:r>
      <w:r w:rsidRPr="00F42E2E">
        <w:rPr>
          <w:rFonts w:eastAsia="Calibri"/>
          <w:color w:val="1F4D78"/>
          <w:sz w:val="21"/>
          <w:lang w:val="ru-RU"/>
        </w:rPr>
        <w:t xml:space="preserve"> [2, ст. 34, 41, 42, 79; 3]</w:t>
      </w:r>
    </w:p>
    <w:p w:rsidR="009D3111" w:rsidRPr="00F42E2E" w:rsidRDefault="00D10209">
      <w:pPr>
        <w:spacing w:after="80"/>
        <w:ind w:firstLine="425"/>
        <w:rPr>
          <w:lang w:val="ru-RU"/>
        </w:rPr>
      </w:pPr>
      <w:r w:rsidRPr="00F42E2E">
        <w:rPr>
          <w:rFonts w:eastAsia="Calibri"/>
          <w:lang w:val="ru-RU"/>
        </w:rPr>
        <w:t>1.5. Дисциплина в Школе поддерживается на основе уважения человеческого достоинства обучающихся, педагогических и иных работников. Физическое или психическое насилие, унижение достоинства, дискриминация, травля, коллективное наказание и публичное унижающее обсуждение поведения обучающегося не допускаются.</w:t>
      </w:r>
      <w:r w:rsidRPr="00F42E2E">
        <w:rPr>
          <w:rFonts w:eastAsia="Calibri"/>
          <w:color w:val="1F4D78"/>
          <w:sz w:val="21"/>
          <w:lang w:val="ru-RU"/>
        </w:rPr>
        <w:t xml:space="preserve"> [2, ч. 3 ст. 43; 3]</w:t>
      </w:r>
    </w:p>
    <w:p w:rsidR="009D3111" w:rsidRPr="00F42E2E" w:rsidRDefault="00D10209">
      <w:pPr>
        <w:spacing w:after="80"/>
        <w:ind w:firstLine="425"/>
        <w:rPr>
          <w:lang w:val="ru-RU"/>
        </w:rPr>
      </w:pPr>
      <w:r w:rsidRPr="00F42E2E">
        <w:rPr>
          <w:rFonts w:eastAsia="Calibri"/>
          <w:lang w:val="ru-RU"/>
        </w:rPr>
        <w:t>1.6. Контроль за соблюдением Правил осуществляют педагогические и руководящие работники Школы, а также иные работники, на которых соответствующие обязанности возложены должностной инструкцией или распорядительным актом. Требования работника к обучающемуся должны быть законными, относиться к полномочиям работника и выражаться в корректной форме.</w:t>
      </w:r>
      <w:r w:rsidRPr="00F42E2E">
        <w:rPr>
          <w:rFonts w:eastAsia="Calibri"/>
          <w:color w:val="1F4D78"/>
          <w:sz w:val="21"/>
          <w:lang w:val="ru-RU"/>
        </w:rPr>
        <w:t xml:space="preserve"> [2, ч. 3.1 ст. 43; 16]</w:t>
      </w:r>
    </w:p>
    <w:p w:rsidR="009D3111" w:rsidRPr="00F42E2E" w:rsidRDefault="00D10209">
      <w:pPr>
        <w:spacing w:after="80"/>
        <w:ind w:firstLine="425"/>
        <w:rPr>
          <w:lang w:val="ru-RU"/>
        </w:rPr>
      </w:pPr>
      <w:r w:rsidRPr="00F42E2E">
        <w:rPr>
          <w:rFonts w:eastAsia="Calibri"/>
          <w:lang w:val="ru-RU"/>
        </w:rPr>
        <w:t>1.7. Обучающиеся и родители (законные представители) несовершеннолетних обучающихся знакомятся с Правилами при приеме в Школу, после утверждения новой редакции, а также по мере необходимости. Ознакомление может осуществляться под подпись и (или) в электронной форме с фиксацией факта ознакомления.</w:t>
      </w:r>
      <w:r w:rsidRPr="00F42E2E">
        <w:rPr>
          <w:rFonts w:eastAsia="Calibri"/>
          <w:color w:val="1F4D78"/>
          <w:sz w:val="21"/>
          <w:lang w:val="ru-RU"/>
        </w:rPr>
        <w:t xml:space="preserve"> [2, ст. 30, 44; 16]</w:t>
      </w:r>
    </w:p>
    <w:p w:rsidR="009D3111" w:rsidRPr="00F42E2E" w:rsidRDefault="00D10209">
      <w:pPr>
        <w:spacing w:after="80"/>
        <w:ind w:firstLine="425"/>
        <w:rPr>
          <w:lang w:val="ru-RU"/>
        </w:rPr>
      </w:pPr>
      <w:r w:rsidRPr="00F42E2E">
        <w:rPr>
          <w:rFonts w:eastAsia="Calibri"/>
          <w:lang w:val="ru-RU"/>
        </w:rPr>
        <w:t>1.8. Правила применяются во взаимосвязи с уставом, положением о режиме занятий, правилами приема, положением о требованиях к одежде обучающихся, положением о пропускном и внутриобъектовом режимах, положением о комиссии по урегулированию споров и инструкциями по безопасности. При противоречии применяется норма законодательства Российской Федерации.</w:t>
      </w:r>
      <w:r w:rsidRPr="00F42E2E">
        <w:rPr>
          <w:rFonts w:eastAsia="Calibri"/>
          <w:color w:val="1F4D78"/>
          <w:sz w:val="21"/>
          <w:lang w:val="ru-RU"/>
        </w:rPr>
        <w:t xml:space="preserve"> [2, ст. 28, 30, 43; 16]</w:t>
      </w:r>
    </w:p>
    <w:p w:rsidR="009D3111" w:rsidRPr="00F42E2E" w:rsidRDefault="00D10209">
      <w:pPr>
        <w:pStyle w:val="1"/>
        <w:rPr>
          <w:lang w:val="ru-RU"/>
        </w:rPr>
      </w:pPr>
      <w:r w:rsidRPr="00F42E2E">
        <w:rPr>
          <w:lang w:val="ru-RU"/>
        </w:rPr>
        <w:t>2. Основные права обучающихся</w:t>
      </w:r>
    </w:p>
    <w:p w:rsidR="009D3111" w:rsidRDefault="00D10209">
      <w:pPr>
        <w:spacing w:after="80"/>
        <w:ind w:firstLine="425"/>
      </w:pPr>
      <w:r w:rsidRPr="00F42E2E">
        <w:rPr>
          <w:rFonts w:eastAsia="Calibri"/>
          <w:lang w:val="ru-RU"/>
        </w:rPr>
        <w:t>2.1. Обучающиеся пользуются всеми академическими и иными правами, предусмотренными законодательством об образовании, уставом и локальными нормативными актами Школы.</w:t>
      </w:r>
      <w:r w:rsidRPr="00F42E2E">
        <w:rPr>
          <w:rFonts w:eastAsia="Calibri"/>
          <w:color w:val="1F4D78"/>
          <w:sz w:val="21"/>
          <w:lang w:val="ru-RU"/>
        </w:rPr>
        <w:t xml:space="preserve"> </w:t>
      </w:r>
      <w:r>
        <w:rPr>
          <w:rFonts w:eastAsia="Calibri"/>
          <w:color w:val="1F4D78"/>
          <w:sz w:val="21"/>
        </w:rPr>
        <w:t xml:space="preserve">[1, </w:t>
      </w:r>
      <w:proofErr w:type="spellStart"/>
      <w:r>
        <w:rPr>
          <w:rFonts w:eastAsia="Calibri"/>
          <w:color w:val="1F4D78"/>
          <w:sz w:val="21"/>
        </w:rPr>
        <w:t>ст</w:t>
      </w:r>
      <w:proofErr w:type="spellEnd"/>
      <w:r>
        <w:rPr>
          <w:rFonts w:eastAsia="Calibri"/>
          <w:color w:val="1F4D78"/>
          <w:sz w:val="21"/>
        </w:rPr>
        <w:t>. 21, 23, 43; 2, ст. 34, 41, 45; 3]</w:t>
      </w:r>
    </w:p>
    <w:p w:rsidR="009D3111" w:rsidRDefault="00D10209">
      <w:pPr>
        <w:spacing w:after="80"/>
        <w:ind w:firstLine="425"/>
      </w:pPr>
      <w:r>
        <w:rPr>
          <w:rFonts w:eastAsia="Calibri"/>
        </w:rPr>
        <w:t>2.2. Обучающиеся имеют право на:</w:t>
      </w:r>
      <w:r>
        <w:rPr>
          <w:rFonts w:eastAsia="Calibri"/>
          <w:color w:val="1F4D78"/>
          <w:sz w:val="21"/>
        </w:rPr>
        <w:t xml:space="preserve"> [1, ст. 21, 23, 43; 2, ст. 34, 41, 45; 3; 6]</w:t>
      </w:r>
    </w:p>
    <w:p w:rsidR="009D3111" w:rsidRPr="00F42E2E" w:rsidRDefault="00D10209">
      <w:pPr>
        <w:pStyle w:val="a0"/>
        <w:spacing w:after="60"/>
        <w:ind w:left="425" w:hanging="198"/>
        <w:rPr>
          <w:lang w:val="ru-RU"/>
        </w:rPr>
      </w:pPr>
      <w:r w:rsidRPr="00F42E2E">
        <w:rPr>
          <w:rFonts w:eastAsia="Calibri"/>
          <w:lang w:val="ru-RU"/>
        </w:rPr>
        <w:t>получение образования в соответствии с федеральными государственными образовательными стандартами и образовательной программой Школы;</w:t>
      </w:r>
    </w:p>
    <w:p w:rsidR="009D3111" w:rsidRPr="00F42E2E" w:rsidRDefault="00D10209">
      <w:pPr>
        <w:pStyle w:val="a0"/>
        <w:spacing w:after="60"/>
        <w:ind w:left="425" w:hanging="198"/>
        <w:rPr>
          <w:lang w:val="ru-RU"/>
        </w:rPr>
      </w:pPr>
      <w:r w:rsidRPr="00F42E2E">
        <w:rPr>
          <w:rFonts w:eastAsia="Calibri"/>
          <w:lang w:val="ru-RU"/>
        </w:rPr>
        <w:t>уважение человеческого достоинства, защиту от физического и психического насилия, травли, оскорблений, дискриминации, эксплуатации и информации, причиняющей вред здоровью и развитию;</w:t>
      </w:r>
    </w:p>
    <w:p w:rsidR="009D3111" w:rsidRPr="00F42E2E" w:rsidRDefault="00D10209">
      <w:pPr>
        <w:pStyle w:val="a0"/>
        <w:spacing w:after="60"/>
        <w:ind w:left="425" w:hanging="198"/>
        <w:rPr>
          <w:lang w:val="ru-RU"/>
        </w:rPr>
      </w:pPr>
      <w:r w:rsidRPr="00F42E2E">
        <w:rPr>
          <w:rFonts w:eastAsia="Calibri"/>
          <w:lang w:val="ru-RU"/>
        </w:rPr>
        <w:t>охрану жизни и здоровья, безопасные условия обучения, воспитания, питания, отдыха и участия в мероприятиях, соответствующие санитарным и иным обязательным требованиям;</w:t>
      </w:r>
    </w:p>
    <w:p w:rsidR="009D3111" w:rsidRPr="00F42E2E" w:rsidRDefault="00D10209">
      <w:pPr>
        <w:pStyle w:val="a0"/>
        <w:spacing w:after="60"/>
        <w:ind w:left="425" w:hanging="198"/>
        <w:rPr>
          <w:lang w:val="ru-RU"/>
        </w:rPr>
      </w:pPr>
      <w:r w:rsidRPr="00F42E2E">
        <w:rPr>
          <w:rFonts w:eastAsia="Calibri"/>
          <w:lang w:val="ru-RU"/>
        </w:rPr>
        <w:t>объективную оценку результатов обучения, получение информации о критериях оценивания, формах контроля и порядке обжалования спорной отметки;</w:t>
      </w:r>
    </w:p>
    <w:p w:rsidR="009D3111" w:rsidRPr="00F42E2E" w:rsidRDefault="00D10209">
      <w:pPr>
        <w:pStyle w:val="a0"/>
        <w:spacing w:after="60"/>
        <w:ind w:left="425" w:hanging="198"/>
        <w:rPr>
          <w:lang w:val="ru-RU"/>
        </w:rPr>
      </w:pPr>
      <w:r w:rsidRPr="00F42E2E">
        <w:rPr>
          <w:rFonts w:eastAsia="Calibri"/>
          <w:lang w:val="ru-RU"/>
        </w:rPr>
        <w:t>выбор факультативных и элективных курсов из перечня, предлагаемого Школой, в порядке, установленном образовательной программой;</w:t>
      </w:r>
    </w:p>
    <w:p w:rsidR="009D3111" w:rsidRPr="00F42E2E" w:rsidRDefault="00D10209">
      <w:pPr>
        <w:pStyle w:val="a0"/>
        <w:spacing w:after="60"/>
        <w:ind w:left="425" w:hanging="198"/>
        <w:rPr>
          <w:lang w:val="ru-RU"/>
        </w:rPr>
      </w:pPr>
      <w:r w:rsidRPr="00F42E2E">
        <w:rPr>
          <w:rFonts w:eastAsia="Calibri"/>
          <w:lang w:val="ru-RU"/>
        </w:rPr>
        <w:t>участие в управлении Школой, работе совета обучающихся и обсуждении локальных актов, затрагивающих права и законные интересы обучающихся;</w:t>
      </w:r>
    </w:p>
    <w:p w:rsidR="009D3111" w:rsidRPr="00F42E2E" w:rsidRDefault="00D10209">
      <w:pPr>
        <w:pStyle w:val="a0"/>
        <w:spacing w:after="60"/>
        <w:ind w:left="425" w:hanging="198"/>
        <w:rPr>
          <w:lang w:val="ru-RU"/>
        </w:rPr>
      </w:pPr>
      <w:r w:rsidRPr="00F42E2E">
        <w:rPr>
          <w:rFonts w:eastAsia="Calibri"/>
          <w:lang w:val="ru-RU"/>
        </w:rPr>
        <w:t>обращение за помощью к учителю, классному руководителю, администрации, педагогу-психологу, социальному педагогу, советнику директора по воспитанию, в комиссию по урегулированию споров;</w:t>
      </w:r>
    </w:p>
    <w:p w:rsidR="009D3111" w:rsidRPr="00F42E2E" w:rsidRDefault="00D10209">
      <w:pPr>
        <w:pStyle w:val="a0"/>
        <w:spacing w:after="60"/>
        <w:ind w:left="425" w:hanging="198"/>
        <w:rPr>
          <w:lang w:val="ru-RU"/>
        </w:rPr>
      </w:pPr>
      <w:r w:rsidRPr="00F42E2E">
        <w:rPr>
          <w:rFonts w:eastAsia="Calibri"/>
          <w:lang w:val="ru-RU"/>
        </w:rPr>
        <w:t>конфиденциальность обращения в пределах, допускаемых законом и необходимостью защиты жизни, здоровья и прав участников образовательных отношений;</w:t>
      </w:r>
    </w:p>
    <w:p w:rsidR="009D3111" w:rsidRPr="00F42E2E" w:rsidRDefault="00D10209">
      <w:pPr>
        <w:pStyle w:val="a0"/>
        <w:spacing w:after="60"/>
        <w:ind w:left="425" w:hanging="198"/>
        <w:rPr>
          <w:lang w:val="ru-RU"/>
        </w:rPr>
      </w:pPr>
      <w:r w:rsidRPr="00F42E2E">
        <w:rPr>
          <w:rFonts w:eastAsia="Calibri"/>
          <w:lang w:val="ru-RU"/>
        </w:rPr>
        <w:lastRenderedPageBreak/>
        <w:t>каникулы, перемены и иные перерывы, предусмотренные календарным учебным графиком и режимом занятий;</w:t>
      </w:r>
    </w:p>
    <w:p w:rsidR="009D3111" w:rsidRPr="00F42E2E" w:rsidRDefault="00D10209">
      <w:pPr>
        <w:pStyle w:val="a0"/>
        <w:spacing w:after="60"/>
        <w:ind w:left="425" w:hanging="198"/>
        <w:rPr>
          <w:lang w:val="ru-RU"/>
        </w:rPr>
      </w:pPr>
      <w:r w:rsidRPr="00F42E2E">
        <w:rPr>
          <w:rFonts w:eastAsia="Calibri"/>
          <w:lang w:val="ru-RU"/>
        </w:rPr>
        <w:t>бесплатное пользование библиотекой, учебной базой, объектами спорта и иной инфраструктурой в установленном порядке;</w:t>
      </w:r>
    </w:p>
    <w:p w:rsidR="009D3111" w:rsidRPr="00F42E2E" w:rsidRDefault="00D10209">
      <w:pPr>
        <w:pStyle w:val="a0"/>
        <w:spacing w:after="60"/>
        <w:ind w:left="425" w:hanging="198"/>
        <w:rPr>
          <w:lang w:val="ru-RU"/>
        </w:rPr>
      </w:pPr>
      <w:r w:rsidRPr="00F42E2E">
        <w:rPr>
          <w:rFonts w:eastAsia="Calibri"/>
          <w:lang w:val="ru-RU"/>
        </w:rPr>
        <w:t>получение психолого-педагогической, медицинской и социальной помощи с соблюдением требований законодательства;</w:t>
      </w:r>
    </w:p>
    <w:p w:rsidR="009D3111" w:rsidRPr="00F42E2E" w:rsidRDefault="00D10209">
      <w:pPr>
        <w:pStyle w:val="a0"/>
        <w:spacing w:after="60"/>
        <w:ind w:left="425" w:hanging="198"/>
        <w:rPr>
          <w:lang w:val="ru-RU"/>
        </w:rPr>
      </w:pPr>
      <w:r w:rsidRPr="00F42E2E">
        <w:rPr>
          <w:rFonts w:eastAsia="Calibri"/>
          <w:lang w:val="ru-RU"/>
        </w:rPr>
        <w:t>защиту частной жизни, персональных данных, изображения, тайны переписки и иной охраняемой законом информации;</w:t>
      </w:r>
    </w:p>
    <w:p w:rsidR="009D3111" w:rsidRPr="00F42E2E" w:rsidRDefault="00D10209">
      <w:pPr>
        <w:pStyle w:val="a0"/>
        <w:spacing w:after="60"/>
        <w:ind w:left="425" w:hanging="198"/>
        <w:rPr>
          <w:lang w:val="ru-RU"/>
        </w:rPr>
      </w:pPr>
      <w:r w:rsidRPr="00F42E2E">
        <w:rPr>
          <w:rFonts w:eastAsia="Calibri"/>
          <w:lang w:val="ru-RU"/>
        </w:rPr>
        <w:t>обжалование решений и действий (бездействия) работников и органов управления Школы;</w:t>
      </w:r>
    </w:p>
    <w:p w:rsidR="009D3111" w:rsidRPr="00F42E2E" w:rsidRDefault="00D10209">
      <w:pPr>
        <w:pStyle w:val="a0"/>
        <w:spacing w:after="60"/>
        <w:ind w:left="425" w:hanging="198"/>
        <w:rPr>
          <w:lang w:val="ru-RU"/>
        </w:rPr>
      </w:pPr>
      <w:r w:rsidRPr="00F42E2E">
        <w:rPr>
          <w:rFonts w:eastAsia="Calibri"/>
          <w:lang w:val="ru-RU"/>
        </w:rPr>
        <w:t>создание специальных условий для получения образования при наличии соответствующих оснований, учет особых образовательных потребностей, доступность среды и разумную помощь;</w:t>
      </w:r>
    </w:p>
    <w:p w:rsidR="009D3111" w:rsidRPr="00F42E2E" w:rsidRDefault="00D10209">
      <w:pPr>
        <w:pStyle w:val="a0"/>
        <w:spacing w:after="60"/>
        <w:ind w:left="425" w:hanging="198"/>
        <w:rPr>
          <w:lang w:val="ru-RU"/>
        </w:rPr>
      </w:pPr>
      <w:r w:rsidRPr="00F42E2E">
        <w:rPr>
          <w:rFonts w:eastAsia="Calibri"/>
          <w:lang w:val="ru-RU"/>
        </w:rPr>
        <w:t>иные права, установленные законодательством Российской Федерации.</w:t>
      </w:r>
    </w:p>
    <w:p w:rsidR="009D3111" w:rsidRDefault="00D10209">
      <w:pPr>
        <w:spacing w:after="80"/>
        <w:ind w:firstLine="425"/>
      </w:pPr>
      <w:r w:rsidRPr="00F42E2E">
        <w:rPr>
          <w:rFonts w:eastAsia="Calibri"/>
          <w:lang w:val="ru-RU"/>
        </w:rPr>
        <w:t>2.3. Осуществление прав обучающимся не должно нарушать права и законные интересы других обучающихся и работников Школы, препятствовать образовательному процессу либо создавать угрозу безопасности.</w:t>
      </w:r>
      <w:r w:rsidRPr="00F42E2E">
        <w:rPr>
          <w:rFonts w:eastAsia="Calibri"/>
          <w:color w:val="1F4D78"/>
          <w:sz w:val="21"/>
          <w:lang w:val="ru-RU"/>
        </w:rPr>
        <w:t xml:space="preserve"> </w:t>
      </w:r>
      <w:r>
        <w:rPr>
          <w:rFonts w:eastAsia="Calibri"/>
          <w:color w:val="1F4D78"/>
          <w:sz w:val="21"/>
        </w:rPr>
        <w:t xml:space="preserve">[1, </w:t>
      </w:r>
      <w:proofErr w:type="spellStart"/>
      <w:r>
        <w:rPr>
          <w:rFonts w:eastAsia="Calibri"/>
          <w:color w:val="1F4D78"/>
          <w:sz w:val="21"/>
        </w:rPr>
        <w:t>ст</w:t>
      </w:r>
      <w:proofErr w:type="spellEnd"/>
      <w:r>
        <w:rPr>
          <w:rFonts w:eastAsia="Calibri"/>
          <w:color w:val="1F4D78"/>
          <w:sz w:val="21"/>
        </w:rPr>
        <w:t>. 21, 23, 43; 2, ст. 34, 41, 45; 3]</w:t>
      </w:r>
    </w:p>
    <w:p w:rsidR="009D3111" w:rsidRDefault="00D10209">
      <w:pPr>
        <w:pStyle w:val="1"/>
      </w:pPr>
      <w:r>
        <w:t>3. Основные обязанности обучающихся</w:t>
      </w:r>
    </w:p>
    <w:p w:rsidR="009D3111" w:rsidRDefault="00D10209">
      <w:pPr>
        <w:spacing w:after="80"/>
        <w:ind w:firstLine="425"/>
      </w:pPr>
      <w:r>
        <w:rPr>
          <w:rFonts w:eastAsia="Calibri"/>
        </w:rPr>
        <w:t>3.1. Обучающиеся обязаны:</w:t>
      </w:r>
      <w:r>
        <w:rPr>
          <w:rFonts w:eastAsia="Calibri"/>
          <w:color w:val="1F4D78"/>
          <w:sz w:val="21"/>
        </w:rPr>
        <w:t xml:space="preserve"> [2, ч. 1 ст. 43]</w:t>
      </w:r>
    </w:p>
    <w:p w:rsidR="009D3111" w:rsidRPr="00F42E2E" w:rsidRDefault="00D10209">
      <w:pPr>
        <w:pStyle w:val="a0"/>
        <w:spacing w:after="60"/>
        <w:ind w:left="425" w:hanging="198"/>
        <w:rPr>
          <w:lang w:val="ru-RU"/>
        </w:rPr>
      </w:pPr>
      <w:r w:rsidRPr="00F42E2E">
        <w:rPr>
          <w:rFonts w:eastAsia="Calibri"/>
          <w:lang w:val="ru-RU"/>
        </w:rPr>
        <w:t>добросовестно осваивать образовательную программу, посещать предусмотренные учебным планом занятия, осуществлять самостоятельную подготовку и выполнять задания педагогических работников, данные в рамках образовательной программы;</w:t>
      </w:r>
    </w:p>
    <w:p w:rsidR="009D3111" w:rsidRPr="00F42E2E" w:rsidRDefault="00D10209">
      <w:pPr>
        <w:pStyle w:val="a0"/>
        <w:spacing w:after="60"/>
        <w:ind w:left="425" w:hanging="198"/>
        <w:rPr>
          <w:lang w:val="ru-RU"/>
        </w:rPr>
      </w:pPr>
      <w:r w:rsidRPr="00F42E2E">
        <w:rPr>
          <w:rFonts w:eastAsia="Calibri"/>
          <w:lang w:val="ru-RU"/>
        </w:rPr>
        <w:t>выполнять требования устава, настоящих Правил и иных законных локальных нормативных актов по вопросам организации и осуществления образовательной деятельности;</w:t>
      </w:r>
    </w:p>
    <w:p w:rsidR="009D3111" w:rsidRPr="00F42E2E" w:rsidRDefault="00D10209">
      <w:pPr>
        <w:pStyle w:val="a0"/>
        <w:spacing w:after="60"/>
        <w:ind w:left="425" w:hanging="198"/>
        <w:rPr>
          <w:lang w:val="ru-RU"/>
        </w:rPr>
      </w:pPr>
      <w:r w:rsidRPr="00F42E2E">
        <w:rPr>
          <w:rFonts w:eastAsia="Calibri"/>
          <w:lang w:val="ru-RU"/>
        </w:rPr>
        <w:t>соблюдать дисциплину на учебных занятиях и не создавать препятствий для получения образования другими обучающимися;</w:t>
      </w:r>
    </w:p>
    <w:p w:rsidR="009D3111" w:rsidRPr="00F42E2E" w:rsidRDefault="00D10209">
      <w:pPr>
        <w:pStyle w:val="a0"/>
        <w:spacing w:after="60"/>
        <w:ind w:left="425" w:hanging="198"/>
        <w:rPr>
          <w:lang w:val="ru-RU"/>
        </w:rPr>
      </w:pPr>
      <w:r w:rsidRPr="00F42E2E">
        <w:rPr>
          <w:rFonts w:eastAsia="Calibri"/>
          <w:lang w:val="ru-RU"/>
        </w:rPr>
        <w:t>уважать честь и достоинство обучающихся, работников и иных лиц, не допускать оскорблений, угроз, насилия, травли и дискриминации;</w:t>
      </w:r>
    </w:p>
    <w:p w:rsidR="009D3111" w:rsidRPr="00F42E2E" w:rsidRDefault="00D10209">
      <w:pPr>
        <w:pStyle w:val="a0"/>
        <w:spacing w:after="60"/>
        <w:ind w:left="425" w:hanging="198"/>
        <w:rPr>
          <w:lang w:val="ru-RU"/>
        </w:rPr>
      </w:pPr>
      <w:r w:rsidRPr="00F42E2E">
        <w:rPr>
          <w:rFonts w:eastAsia="Calibri"/>
          <w:lang w:val="ru-RU"/>
        </w:rPr>
        <w:t>заботиться о сохранении и укреплении своего здоровья, стремиться к нравственному, духовному и физическому развитию;</w:t>
      </w:r>
    </w:p>
    <w:p w:rsidR="009D3111" w:rsidRPr="00F42E2E" w:rsidRDefault="00D10209">
      <w:pPr>
        <w:pStyle w:val="a0"/>
        <w:spacing w:after="60"/>
        <w:ind w:left="425" w:hanging="198"/>
        <w:rPr>
          <w:lang w:val="ru-RU"/>
        </w:rPr>
      </w:pPr>
      <w:r w:rsidRPr="00F42E2E">
        <w:rPr>
          <w:rFonts w:eastAsia="Calibri"/>
          <w:lang w:val="ru-RU"/>
        </w:rPr>
        <w:t>бережно относиться к имуществу Школы и других лиц, поддерживать чистоту и порядок;</w:t>
      </w:r>
    </w:p>
    <w:p w:rsidR="009D3111" w:rsidRPr="00F42E2E" w:rsidRDefault="00D10209">
      <w:pPr>
        <w:pStyle w:val="a0"/>
        <w:spacing w:after="60"/>
        <w:ind w:left="425" w:hanging="198"/>
        <w:rPr>
          <w:lang w:val="ru-RU"/>
        </w:rPr>
      </w:pPr>
      <w:r w:rsidRPr="00F42E2E">
        <w:rPr>
          <w:rFonts w:eastAsia="Calibri"/>
          <w:lang w:val="ru-RU"/>
        </w:rPr>
        <w:t>соблюдать требования охраны труда и безопасности, пожарной безопасности, санитарные правила, правила дорожного движения и порядок эвакуации;</w:t>
      </w:r>
    </w:p>
    <w:p w:rsidR="009D3111" w:rsidRPr="00F42E2E" w:rsidRDefault="00D10209">
      <w:pPr>
        <w:pStyle w:val="a0"/>
        <w:spacing w:after="60"/>
        <w:ind w:left="425" w:hanging="198"/>
        <w:rPr>
          <w:lang w:val="ru-RU"/>
        </w:rPr>
      </w:pPr>
      <w:r w:rsidRPr="00F42E2E">
        <w:rPr>
          <w:rFonts w:eastAsia="Calibri"/>
          <w:lang w:val="ru-RU"/>
        </w:rPr>
        <w:t>незамедлительно сообщать работнику Школы об угрозе жизни или здоровью, несчастном случае, травме, конфликте, травле, обнаружении опасного предмета или иной опасной ситуации;</w:t>
      </w:r>
    </w:p>
    <w:p w:rsidR="009D3111" w:rsidRPr="00F42E2E" w:rsidRDefault="00D10209">
      <w:pPr>
        <w:pStyle w:val="a0"/>
        <w:spacing w:after="60"/>
        <w:ind w:left="425" w:hanging="198"/>
        <w:rPr>
          <w:lang w:val="ru-RU"/>
        </w:rPr>
      </w:pPr>
      <w:r w:rsidRPr="00F42E2E">
        <w:rPr>
          <w:rFonts w:eastAsia="Calibri"/>
          <w:lang w:val="ru-RU"/>
        </w:rPr>
        <w:t>участвовать с учетом возрастных и психофизических особенностей в общественно полезном труде, предусмотренном образовательной программой и направленном на формирование трудолюбия и базовых трудовых навыков;</w:t>
      </w:r>
    </w:p>
    <w:p w:rsidR="009D3111" w:rsidRPr="00F42E2E" w:rsidRDefault="00D10209">
      <w:pPr>
        <w:pStyle w:val="a0"/>
        <w:spacing w:after="60"/>
        <w:ind w:left="425" w:hanging="198"/>
        <w:rPr>
          <w:lang w:val="ru-RU"/>
        </w:rPr>
      </w:pPr>
      <w:r w:rsidRPr="00F42E2E">
        <w:rPr>
          <w:rFonts w:eastAsia="Calibri"/>
          <w:lang w:val="ru-RU"/>
        </w:rPr>
        <w:t>соблюдать законные требования работников Школы, относящиеся к их полномочиям.</w:t>
      </w:r>
    </w:p>
    <w:p w:rsidR="009D3111" w:rsidRPr="00F42E2E" w:rsidRDefault="00D10209">
      <w:pPr>
        <w:spacing w:after="80"/>
        <w:ind w:firstLine="425"/>
        <w:rPr>
          <w:lang w:val="ru-RU"/>
        </w:rPr>
      </w:pPr>
      <w:r w:rsidRPr="00F42E2E">
        <w:rPr>
          <w:rFonts w:eastAsia="Calibri"/>
          <w:lang w:val="ru-RU"/>
        </w:rPr>
        <w:t>3.2. Привлечение обучающегося без его согласия и согласия родителей (законных представителей) к труду, не предусмотренному образовательной программой, не допускается, кроме случаев, прямо предусмотренных законом. Любая трудовая деятельность организуется с учетом возраста, состояния здоровья, санитарных требований и требований безопасности и не может использоваться как наказание.</w:t>
      </w:r>
      <w:r w:rsidRPr="00F42E2E">
        <w:rPr>
          <w:rFonts w:eastAsia="Calibri"/>
          <w:color w:val="1F4D78"/>
          <w:sz w:val="21"/>
          <w:lang w:val="ru-RU"/>
        </w:rPr>
        <w:t xml:space="preserve"> [2, ч. 4 ст. 34, п. 6 ч. 1 ст. 43; 5; 10]</w:t>
      </w:r>
    </w:p>
    <w:p w:rsidR="009D3111" w:rsidRPr="00F42E2E" w:rsidRDefault="00D10209">
      <w:pPr>
        <w:spacing w:after="80"/>
        <w:ind w:firstLine="425"/>
        <w:rPr>
          <w:lang w:val="ru-RU"/>
        </w:rPr>
      </w:pPr>
      <w:r w:rsidRPr="00F42E2E">
        <w:rPr>
          <w:rFonts w:eastAsia="Calibri"/>
          <w:lang w:val="ru-RU"/>
        </w:rPr>
        <w:t>3.3. Поддержание обычной личной гигиены и порядка на своем рабочем месте, уборка за собой использованной посуды или мусора не рассматриваются как дисциплинарное наказание и осуществляются в безопасной форме.</w:t>
      </w:r>
      <w:r w:rsidRPr="00F42E2E">
        <w:rPr>
          <w:rFonts w:eastAsia="Calibri"/>
          <w:color w:val="1F4D78"/>
          <w:sz w:val="21"/>
          <w:lang w:val="ru-RU"/>
        </w:rPr>
        <w:t xml:space="preserve"> [2, ст. 34, 43]</w:t>
      </w:r>
    </w:p>
    <w:p w:rsidR="009D3111" w:rsidRPr="00F42E2E" w:rsidRDefault="00D10209">
      <w:pPr>
        <w:pStyle w:val="1"/>
        <w:rPr>
          <w:lang w:val="ru-RU"/>
        </w:rPr>
      </w:pPr>
      <w:r w:rsidRPr="00F42E2E">
        <w:rPr>
          <w:lang w:val="ru-RU"/>
        </w:rPr>
        <w:lastRenderedPageBreak/>
        <w:t>4. Порядок прихода в Школу и ухода из Школы</w:t>
      </w:r>
    </w:p>
    <w:p w:rsidR="009D3111" w:rsidRPr="00F42E2E" w:rsidRDefault="00D10209">
      <w:pPr>
        <w:spacing w:after="80"/>
        <w:ind w:firstLine="425"/>
        <w:rPr>
          <w:lang w:val="ru-RU"/>
        </w:rPr>
      </w:pPr>
      <w:r w:rsidRPr="00F42E2E">
        <w:rPr>
          <w:rFonts w:eastAsia="Calibri"/>
          <w:lang w:val="ru-RU"/>
        </w:rPr>
        <w:t>4.1. Обучающийся прибывает в Школу, как правило, за 10–15 минут до начала первого занятия по его расписанию, проходит через установленный вход и выполняет требования пропускного режима.</w:t>
      </w:r>
      <w:r w:rsidRPr="00F42E2E">
        <w:rPr>
          <w:rFonts w:eastAsia="Calibri"/>
          <w:color w:val="1F4D78"/>
          <w:sz w:val="21"/>
          <w:lang w:val="ru-RU"/>
        </w:rPr>
        <w:t xml:space="preserve"> [2, ст. 34, 41; 8; 10; 11; 16]</w:t>
      </w:r>
    </w:p>
    <w:p w:rsidR="009D3111" w:rsidRPr="00F42E2E" w:rsidRDefault="00D10209">
      <w:pPr>
        <w:spacing w:after="80"/>
        <w:ind w:firstLine="425"/>
        <w:rPr>
          <w:lang w:val="ru-RU"/>
        </w:rPr>
      </w:pPr>
      <w:r w:rsidRPr="00F42E2E">
        <w:rPr>
          <w:rFonts w:eastAsia="Calibri"/>
          <w:lang w:val="ru-RU"/>
        </w:rPr>
        <w:t>4.2. Верхняя одежда оставляется в гардеробе или ином установленном месте. Требование о сменной обуви применяется, установлено локальным актом Школы с учетом сезона, санитарных условий и возможности его исполнения.</w:t>
      </w:r>
      <w:r w:rsidRPr="00F42E2E">
        <w:rPr>
          <w:rFonts w:eastAsia="Calibri"/>
          <w:color w:val="1F4D78"/>
          <w:sz w:val="21"/>
          <w:lang w:val="ru-RU"/>
        </w:rPr>
        <w:t xml:space="preserve"> [2, ст. 34, 41; 8; 10; 11; 16]</w:t>
      </w:r>
    </w:p>
    <w:p w:rsidR="009D3111" w:rsidRPr="00F42E2E" w:rsidRDefault="00D10209">
      <w:pPr>
        <w:spacing w:after="80"/>
        <w:ind w:firstLine="425"/>
        <w:rPr>
          <w:lang w:val="ru-RU"/>
        </w:rPr>
      </w:pPr>
      <w:r w:rsidRPr="00F42E2E">
        <w:rPr>
          <w:rFonts w:eastAsia="Calibri"/>
          <w:lang w:val="ru-RU"/>
        </w:rPr>
        <w:t>4.3. Опоздавший обучающийся допускается к занятию безопасным способом, не нарушающим образовательный процесс. Опоздание может быть зафиксировано и обсуждено с обучающимся и родителями, но не является основанием для недопуска к получению образования.</w:t>
      </w:r>
      <w:r w:rsidRPr="00F42E2E">
        <w:rPr>
          <w:rFonts w:eastAsia="Calibri"/>
          <w:color w:val="1F4D78"/>
          <w:sz w:val="21"/>
          <w:lang w:val="ru-RU"/>
        </w:rPr>
        <w:t xml:space="preserve"> [2, ст. 5, 34]</w:t>
      </w:r>
    </w:p>
    <w:p w:rsidR="009D3111" w:rsidRPr="00F42E2E" w:rsidRDefault="00D10209">
      <w:pPr>
        <w:spacing w:after="80"/>
        <w:ind w:firstLine="425"/>
        <w:rPr>
          <w:lang w:val="ru-RU"/>
        </w:rPr>
      </w:pPr>
      <w:r w:rsidRPr="00F42E2E">
        <w:rPr>
          <w:rFonts w:eastAsia="Calibri"/>
          <w:lang w:val="ru-RU"/>
        </w:rPr>
        <w:t>4.4. Об отсутствии по уважительной причине родитель (законный представитель) или совершеннолетний обучающийся уведомляет классного руководителя. Медицинские и иные документы представляются только в случаях, предусмотренных законодательством и локальными актами.</w:t>
      </w:r>
      <w:r w:rsidRPr="00F42E2E">
        <w:rPr>
          <w:rFonts w:eastAsia="Calibri"/>
          <w:color w:val="1F4D78"/>
          <w:sz w:val="21"/>
          <w:lang w:val="ru-RU"/>
        </w:rPr>
        <w:t xml:space="preserve"> [2, ст. 34, 41; 8; 10; 11; 16]</w:t>
      </w:r>
    </w:p>
    <w:p w:rsidR="009D3111" w:rsidRPr="00F42E2E" w:rsidRDefault="00D10209">
      <w:pPr>
        <w:spacing w:after="80"/>
        <w:ind w:firstLine="425"/>
        <w:rPr>
          <w:lang w:val="ru-RU"/>
        </w:rPr>
      </w:pPr>
      <w:r w:rsidRPr="00F42E2E">
        <w:rPr>
          <w:rFonts w:eastAsia="Calibri"/>
          <w:lang w:val="ru-RU"/>
        </w:rPr>
        <w:t>4.5. Несовершеннолетний обучающийся не вправе самовольно покидать Школу во время занятий. Досрочный уход допускается по письменному или достоверно подтвержденному электронному сообщению родителя, в сопровождении уполномоченного лица либо в ином установленном Школой безопасном порядке.</w:t>
      </w:r>
      <w:r w:rsidRPr="00F42E2E">
        <w:rPr>
          <w:rFonts w:eastAsia="Calibri"/>
          <w:color w:val="1F4D78"/>
          <w:sz w:val="21"/>
          <w:lang w:val="ru-RU"/>
        </w:rPr>
        <w:t xml:space="preserve"> [2, ст. 34, 41; 8; 10; 11; 16]</w:t>
      </w:r>
    </w:p>
    <w:p w:rsidR="009D3111" w:rsidRPr="00F42E2E" w:rsidRDefault="00D10209">
      <w:pPr>
        <w:spacing w:after="80"/>
        <w:ind w:firstLine="425"/>
        <w:rPr>
          <w:lang w:val="ru-RU"/>
        </w:rPr>
      </w:pPr>
      <w:r w:rsidRPr="00F42E2E">
        <w:rPr>
          <w:rFonts w:eastAsia="Calibri"/>
          <w:lang w:val="ru-RU"/>
        </w:rPr>
        <w:t xml:space="preserve">4.6. Порядок передачи обучающихся начальных классов родителям и возможность самостоятельного ухода устанавливаются с учетом </w:t>
      </w:r>
      <w:proofErr w:type="gramStart"/>
      <w:r w:rsidRPr="00F42E2E">
        <w:rPr>
          <w:rFonts w:eastAsia="Calibri"/>
          <w:lang w:val="ru-RU"/>
        </w:rPr>
        <w:t>возраста,  заявления</w:t>
      </w:r>
      <w:proofErr w:type="gramEnd"/>
      <w:r w:rsidRPr="00F42E2E">
        <w:rPr>
          <w:rFonts w:eastAsia="Calibri"/>
          <w:lang w:val="ru-RU"/>
        </w:rPr>
        <w:t xml:space="preserve"> родителей и локального акта Школы.</w:t>
      </w:r>
      <w:r w:rsidRPr="00F42E2E">
        <w:rPr>
          <w:rFonts w:eastAsia="Calibri"/>
          <w:color w:val="1F4D78"/>
          <w:sz w:val="21"/>
          <w:lang w:val="ru-RU"/>
        </w:rPr>
        <w:t xml:space="preserve"> [2, ст. 34, 41; 8; 10; 11; 16]</w:t>
      </w:r>
    </w:p>
    <w:p w:rsidR="009D3111" w:rsidRPr="00F42E2E" w:rsidRDefault="00D10209">
      <w:pPr>
        <w:spacing w:after="80"/>
        <w:ind w:firstLine="425"/>
        <w:rPr>
          <w:lang w:val="ru-RU"/>
        </w:rPr>
      </w:pPr>
      <w:r w:rsidRPr="00F42E2E">
        <w:rPr>
          <w:rFonts w:eastAsia="Calibri"/>
          <w:lang w:val="ru-RU"/>
        </w:rPr>
        <w:t>4.7. При ухудшении самочувствия обучающийся сообщает учителю или иному работнику. Школа организует первую помощь, информирует родителей и при наличии показаний вызывает скорую медицинскую помощь. Самостоятельно направлять заболевшего несовершеннолетнего домой без обеспечения безопасной передачи не допускается.</w:t>
      </w:r>
      <w:r w:rsidRPr="00F42E2E">
        <w:rPr>
          <w:rFonts w:eastAsia="Calibri"/>
          <w:color w:val="1F4D78"/>
          <w:sz w:val="21"/>
          <w:lang w:val="ru-RU"/>
        </w:rPr>
        <w:t xml:space="preserve"> [2, ст. 41; 8]</w:t>
      </w:r>
    </w:p>
    <w:p w:rsidR="009D3111" w:rsidRPr="00F42E2E" w:rsidRDefault="00D10209">
      <w:pPr>
        <w:spacing w:after="80"/>
        <w:ind w:firstLine="425"/>
        <w:rPr>
          <w:lang w:val="ru-RU"/>
        </w:rPr>
      </w:pPr>
      <w:r w:rsidRPr="00F42E2E">
        <w:rPr>
          <w:rFonts w:eastAsia="Calibri"/>
          <w:lang w:val="ru-RU"/>
        </w:rPr>
        <w:t>4.8. При сигнале эвакуации, угрозе совершения противоправных действий или иной чрезвычайной ситуации обучающийся действует по инструкции и указаниям ответственных работников, не создает паники, не возвращается за вещами, если это может быть опасно.</w:t>
      </w:r>
      <w:r w:rsidRPr="00F42E2E">
        <w:rPr>
          <w:rFonts w:eastAsia="Calibri"/>
          <w:color w:val="1F4D78"/>
          <w:sz w:val="21"/>
          <w:lang w:val="ru-RU"/>
        </w:rPr>
        <w:t xml:space="preserve"> [14; 15; 16]</w:t>
      </w:r>
    </w:p>
    <w:p w:rsidR="009D3111" w:rsidRPr="00F42E2E" w:rsidRDefault="00D10209">
      <w:pPr>
        <w:pStyle w:val="1"/>
        <w:rPr>
          <w:lang w:val="ru-RU"/>
        </w:rPr>
      </w:pPr>
      <w:r w:rsidRPr="00F42E2E">
        <w:rPr>
          <w:lang w:val="ru-RU"/>
        </w:rPr>
        <w:t>5. Поведение на учебных занятиях</w:t>
      </w:r>
    </w:p>
    <w:p w:rsidR="009D3111" w:rsidRPr="00F42E2E" w:rsidRDefault="00D10209">
      <w:pPr>
        <w:spacing w:after="80"/>
        <w:ind w:firstLine="425"/>
        <w:rPr>
          <w:lang w:val="ru-RU"/>
        </w:rPr>
      </w:pPr>
      <w:r w:rsidRPr="00F42E2E">
        <w:rPr>
          <w:rFonts w:eastAsia="Calibri"/>
          <w:lang w:val="ru-RU"/>
        </w:rPr>
        <w:t>5.1. До начала занятия обучающийся занимает определенное место, готовит необходимые учебные принадлежности и оборудование.</w:t>
      </w:r>
      <w:r w:rsidRPr="00F42E2E">
        <w:rPr>
          <w:rFonts w:eastAsia="Calibri"/>
          <w:color w:val="1F4D78"/>
          <w:sz w:val="21"/>
          <w:lang w:val="ru-RU"/>
        </w:rPr>
        <w:t xml:space="preserve"> [2, ст. 43; 10; 11; 16]</w:t>
      </w:r>
    </w:p>
    <w:p w:rsidR="009D3111" w:rsidRPr="00F42E2E" w:rsidRDefault="00D10209">
      <w:pPr>
        <w:spacing w:after="80"/>
        <w:ind w:firstLine="425"/>
        <w:rPr>
          <w:lang w:val="ru-RU"/>
        </w:rPr>
      </w:pPr>
      <w:r w:rsidRPr="00F42E2E">
        <w:rPr>
          <w:rFonts w:eastAsia="Calibri"/>
          <w:lang w:val="ru-RU"/>
        </w:rPr>
        <w:t>5.2. Во время занятия обучающийся соблюдает рабочую атмосферу, выполняет законные требования педагога, участвует в работе в установленном педагогом порядке и не мешает другим.</w:t>
      </w:r>
      <w:r w:rsidRPr="00F42E2E">
        <w:rPr>
          <w:rFonts w:eastAsia="Calibri"/>
          <w:color w:val="1F4D78"/>
          <w:sz w:val="21"/>
          <w:lang w:val="ru-RU"/>
        </w:rPr>
        <w:t xml:space="preserve"> [2, ст. 43; 10; 11; 16]</w:t>
      </w:r>
    </w:p>
    <w:p w:rsidR="009D3111" w:rsidRPr="00F42E2E" w:rsidRDefault="00D10209">
      <w:pPr>
        <w:spacing w:after="80"/>
        <w:ind w:firstLine="425"/>
        <w:rPr>
          <w:lang w:val="ru-RU"/>
        </w:rPr>
      </w:pPr>
      <w:r w:rsidRPr="00F42E2E">
        <w:rPr>
          <w:rFonts w:eastAsia="Calibri"/>
          <w:lang w:val="ru-RU"/>
        </w:rPr>
        <w:t>5.3. Выход из кабинета во время занятия допускается с разрешения педагога, кроме экстренного случая, когда обучающийся сообщает о необходимости выйти при первой возможности.</w:t>
      </w:r>
      <w:r w:rsidRPr="00F42E2E">
        <w:rPr>
          <w:rFonts w:eastAsia="Calibri"/>
          <w:color w:val="1F4D78"/>
          <w:sz w:val="21"/>
          <w:lang w:val="ru-RU"/>
        </w:rPr>
        <w:t xml:space="preserve"> [2, ст. 43; 10; 11; 16]</w:t>
      </w:r>
    </w:p>
    <w:p w:rsidR="009D3111" w:rsidRPr="00F42E2E" w:rsidRDefault="00D10209">
      <w:pPr>
        <w:spacing w:after="80"/>
        <w:ind w:firstLine="425"/>
        <w:rPr>
          <w:lang w:val="ru-RU"/>
        </w:rPr>
      </w:pPr>
      <w:r w:rsidRPr="00F42E2E">
        <w:rPr>
          <w:rFonts w:eastAsia="Calibri"/>
          <w:lang w:val="ru-RU"/>
        </w:rPr>
        <w:t>5.4. Учебники, лабораторное, спортивное, компьютерное и иное оборудование используются по назначению и с соблюдением инструкций. О неисправности обучающийся сразу сообщает работнику.</w:t>
      </w:r>
      <w:r w:rsidRPr="00F42E2E">
        <w:rPr>
          <w:rFonts w:eastAsia="Calibri"/>
          <w:color w:val="1F4D78"/>
          <w:sz w:val="21"/>
          <w:lang w:val="ru-RU"/>
        </w:rPr>
        <w:t xml:space="preserve"> [2, ст. 43; 10; 11; 16]</w:t>
      </w:r>
    </w:p>
    <w:p w:rsidR="009D3111" w:rsidRPr="00F42E2E" w:rsidRDefault="00D10209">
      <w:pPr>
        <w:spacing w:after="80"/>
        <w:ind w:firstLine="425"/>
        <w:rPr>
          <w:lang w:val="ru-RU"/>
        </w:rPr>
      </w:pPr>
      <w:r w:rsidRPr="00F42E2E">
        <w:rPr>
          <w:rFonts w:eastAsia="Calibri"/>
          <w:lang w:val="ru-RU"/>
        </w:rPr>
        <w:t>5.5. Обучающийся соблюдает академическую добросовестность: самостоятельно выполняет работу, если иной формат не разрешен; указывает использованные источники; не подменяет результаты; не списывает и не помогает списывать.</w:t>
      </w:r>
      <w:r w:rsidRPr="00F42E2E">
        <w:rPr>
          <w:rFonts w:eastAsia="Calibri"/>
          <w:color w:val="1F4D78"/>
          <w:sz w:val="21"/>
          <w:lang w:val="ru-RU"/>
        </w:rPr>
        <w:t xml:space="preserve"> [2, ст. 34, 43; 16]</w:t>
      </w:r>
    </w:p>
    <w:p w:rsidR="009D3111" w:rsidRPr="00F42E2E" w:rsidRDefault="00D10209">
      <w:pPr>
        <w:spacing w:after="80"/>
        <w:ind w:firstLine="425"/>
        <w:rPr>
          <w:lang w:val="ru-RU"/>
        </w:rPr>
      </w:pPr>
      <w:r w:rsidRPr="00F42E2E">
        <w:rPr>
          <w:rFonts w:eastAsia="Calibri"/>
          <w:lang w:val="ru-RU"/>
        </w:rPr>
        <w:t>5.6. После окончания занятия обучающийся приводит рабочее место в порядок, не покидая кабинет до разрешенного завершения занятия, кроме случая угрозы безопасности.</w:t>
      </w:r>
      <w:r w:rsidRPr="00F42E2E">
        <w:rPr>
          <w:rFonts w:eastAsia="Calibri"/>
          <w:color w:val="1F4D78"/>
          <w:sz w:val="21"/>
          <w:lang w:val="ru-RU"/>
        </w:rPr>
        <w:t xml:space="preserve"> [2, ст. 43; 10; 11; 16]</w:t>
      </w:r>
    </w:p>
    <w:p w:rsidR="009D3111" w:rsidRPr="00F42E2E" w:rsidRDefault="00D10209">
      <w:pPr>
        <w:spacing w:after="80"/>
        <w:ind w:firstLine="425"/>
        <w:rPr>
          <w:lang w:val="ru-RU"/>
        </w:rPr>
      </w:pPr>
      <w:r w:rsidRPr="00F42E2E">
        <w:rPr>
          <w:rFonts w:eastAsia="Calibri"/>
          <w:lang w:val="ru-RU"/>
        </w:rPr>
        <w:lastRenderedPageBreak/>
        <w:t>5.7. В кабинетах информатики, физики, химии, биологии, технологии, мастерских и спортивных залах дополнительно выполняются специальные инструкции по безопасности.</w:t>
      </w:r>
      <w:r w:rsidRPr="00F42E2E">
        <w:rPr>
          <w:rFonts w:eastAsia="Calibri"/>
          <w:color w:val="1F4D78"/>
          <w:sz w:val="21"/>
          <w:lang w:val="ru-RU"/>
        </w:rPr>
        <w:t xml:space="preserve"> [2, ст. 43; 10; 11; 16]</w:t>
      </w:r>
    </w:p>
    <w:p w:rsidR="009D3111" w:rsidRPr="00F42E2E" w:rsidRDefault="00D10209">
      <w:pPr>
        <w:spacing w:after="80"/>
        <w:ind w:firstLine="425"/>
        <w:rPr>
          <w:lang w:val="ru-RU"/>
        </w:rPr>
      </w:pPr>
      <w:r w:rsidRPr="00F42E2E">
        <w:rPr>
          <w:rFonts w:eastAsia="Calibri"/>
          <w:lang w:val="ru-RU"/>
        </w:rPr>
        <w:t>5.8. Педагог вправе контролировать соблюдение дисциплины и требовать прекращения нарушения. Удаление обучающегося с урока не используется как дисциплинарное взыскание; при непосредственной угрозе безопасности педагог организует временное безопасное сопровождение обучающегося к администрации с сохранением надзора и последующим обеспечением продолжения обучения.</w:t>
      </w:r>
      <w:r w:rsidRPr="00F42E2E">
        <w:rPr>
          <w:rFonts w:eastAsia="Calibri"/>
          <w:color w:val="1F4D78"/>
          <w:sz w:val="21"/>
          <w:lang w:val="ru-RU"/>
        </w:rPr>
        <w:t xml:space="preserve"> [2, ч. 3–4 ст. 43; 3]</w:t>
      </w:r>
    </w:p>
    <w:p w:rsidR="009D3111" w:rsidRPr="00F42E2E" w:rsidRDefault="00D10209">
      <w:pPr>
        <w:pStyle w:val="1"/>
        <w:rPr>
          <w:lang w:val="ru-RU"/>
        </w:rPr>
      </w:pPr>
      <w:r w:rsidRPr="00F42E2E">
        <w:rPr>
          <w:lang w:val="ru-RU"/>
        </w:rPr>
        <w:t>6. Использование мобильных телефонов и электронных устройств</w:t>
      </w:r>
    </w:p>
    <w:p w:rsidR="009D3111" w:rsidRPr="00F42E2E" w:rsidRDefault="00D10209">
      <w:pPr>
        <w:spacing w:after="80"/>
        <w:ind w:firstLine="425"/>
        <w:rPr>
          <w:lang w:val="ru-RU"/>
        </w:rPr>
      </w:pPr>
      <w:r w:rsidRPr="00F42E2E">
        <w:rPr>
          <w:rFonts w:eastAsia="Calibri"/>
          <w:lang w:val="ru-RU"/>
        </w:rPr>
        <w:t>6.1. Во время учебных занятий при освоении программ начального, основного и среднего общего образования обучающийся не использует средства подвижной радиотелефонной связи, кроме случаев возникновения угрозы жизни или здоровью и иных экстренных случаев.</w:t>
      </w:r>
      <w:r w:rsidRPr="00F42E2E">
        <w:rPr>
          <w:rFonts w:eastAsia="Calibri"/>
          <w:color w:val="1F4D78"/>
          <w:sz w:val="21"/>
          <w:lang w:val="ru-RU"/>
        </w:rPr>
        <w:t xml:space="preserve"> [2, п. 4.1 ч. 1 ст. 43]</w:t>
      </w:r>
    </w:p>
    <w:p w:rsidR="009D3111" w:rsidRPr="00F42E2E" w:rsidRDefault="00D10209">
      <w:pPr>
        <w:spacing w:after="80"/>
        <w:ind w:firstLine="425"/>
        <w:rPr>
          <w:lang w:val="ru-RU"/>
        </w:rPr>
      </w:pPr>
      <w:r w:rsidRPr="00F42E2E">
        <w:rPr>
          <w:rFonts w:eastAsia="Calibri"/>
          <w:lang w:val="ru-RU"/>
        </w:rPr>
        <w:t>6.2. До начала занятия телефон переводится в беззвучный режим и убирается в портфель, сумку или иное предназначенное для личных вещей место. Школа</w:t>
      </w:r>
      <w:r w:rsidR="008E6EC3">
        <w:rPr>
          <w:rFonts w:eastAsia="Calibri"/>
          <w:lang w:val="ru-RU"/>
        </w:rPr>
        <w:t xml:space="preserve"> не</w:t>
      </w:r>
      <w:r w:rsidRPr="00F42E2E">
        <w:rPr>
          <w:rFonts w:eastAsia="Calibri"/>
          <w:lang w:val="ru-RU"/>
        </w:rPr>
        <w:t xml:space="preserve"> организует добровольное централизованное хранение</w:t>
      </w:r>
      <w:r w:rsidR="008E6EC3" w:rsidRPr="008E6EC3">
        <w:rPr>
          <w:rFonts w:eastAsia="Calibri"/>
          <w:lang w:val="ru-RU"/>
        </w:rPr>
        <w:t xml:space="preserve"> </w:t>
      </w:r>
      <w:r w:rsidR="008E6EC3" w:rsidRPr="00F42E2E">
        <w:rPr>
          <w:rFonts w:eastAsia="Calibri"/>
          <w:lang w:val="ru-RU"/>
        </w:rPr>
        <w:t>телефон</w:t>
      </w:r>
      <w:r w:rsidR="008E6EC3">
        <w:rPr>
          <w:rFonts w:eastAsia="Calibri"/>
          <w:lang w:val="ru-RU"/>
        </w:rPr>
        <w:t>а</w:t>
      </w:r>
      <w:r w:rsidRPr="00F42E2E">
        <w:rPr>
          <w:rFonts w:eastAsia="Calibri"/>
          <w:lang w:val="ru-RU"/>
        </w:rPr>
        <w:t>.</w:t>
      </w:r>
      <w:r w:rsidRPr="00F42E2E">
        <w:rPr>
          <w:rFonts w:eastAsia="Calibri"/>
          <w:color w:val="1F4D78"/>
          <w:sz w:val="21"/>
          <w:lang w:val="ru-RU"/>
        </w:rPr>
        <w:t xml:space="preserve"> [1, ст. 23–24; 2, п. 4.1 ч. 1 ст. 43; 6; 11]</w:t>
      </w:r>
    </w:p>
    <w:p w:rsidR="009D3111" w:rsidRPr="00F42E2E" w:rsidRDefault="00D10209">
      <w:pPr>
        <w:spacing w:after="80"/>
        <w:ind w:firstLine="425"/>
        <w:rPr>
          <w:lang w:val="ru-RU"/>
        </w:rPr>
      </w:pPr>
      <w:r w:rsidRPr="00F42E2E">
        <w:rPr>
          <w:rFonts w:eastAsia="Calibri"/>
          <w:lang w:val="ru-RU"/>
        </w:rPr>
        <w:t>6.3. Использование телефона, планшета, компьютера или иного устройства в образовательных целях допускается по указанию педагога и с соблюдением санитарных требований к электронным средствам обучения.</w:t>
      </w:r>
      <w:r w:rsidRPr="00F42E2E">
        <w:rPr>
          <w:rFonts w:eastAsia="Calibri"/>
          <w:color w:val="1F4D78"/>
          <w:sz w:val="21"/>
          <w:lang w:val="ru-RU"/>
        </w:rPr>
        <w:t xml:space="preserve"> [2, п. 4.1 ч. 1 ст. 43; 10; 11]</w:t>
      </w:r>
    </w:p>
    <w:p w:rsidR="009D3111" w:rsidRPr="00F42E2E" w:rsidRDefault="00D10209">
      <w:pPr>
        <w:spacing w:after="80"/>
        <w:ind w:firstLine="425"/>
        <w:rPr>
          <w:lang w:val="ru-RU"/>
        </w:rPr>
      </w:pPr>
      <w:r w:rsidRPr="00F42E2E">
        <w:rPr>
          <w:rFonts w:eastAsia="Calibri"/>
          <w:lang w:val="ru-RU"/>
        </w:rPr>
        <w:t>6.4. При нарушении педагог вправе потребовать прекратить использование и убрать устройство. Произвольное изъятие, просмотр переписки, фотографий, файлов, истории действий, получение доступа к учетным записям или принуждение к сообщению пароля работниками Школы не допускаются.</w:t>
      </w:r>
      <w:r w:rsidRPr="00F42E2E">
        <w:rPr>
          <w:rFonts w:eastAsia="Calibri"/>
          <w:color w:val="1F4D78"/>
          <w:sz w:val="21"/>
          <w:lang w:val="ru-RU"/>
        </w:rPr>
        <w:t xml:space="preserve"> [1, ст. 23–24; 6]</w:t>
      </w:r>
    </w:p>
    <w:p w:rsidR="009D3111" w:rsidRPr="00F42E2E" w:rsidRDefault="00D10209">
      <w:pPr>
        <w:spacing w:after="80"/>
        <w:ind w:firstLine="425"/>
        <w:rPr>
          <w:lang w:val="ru-RU"/>
        </w:rPr>
      </w:pPr>
      <w:r w:rsidRPr="00F42E2E">
        <w:rPr>
          <w:rFonts w:eastAsia="Calibri"/>
          <w:lang w:val="ru-RU"/>
        </w:rPr>
        <w:t>6.5. Временная добровольная передача устройства работнику возможна по просьбе обучающегося либо в заранее установленном локальным актом законном порядке с обеспечением сохранности и возврата. При непосредственной опасности работник принимает соразмерные меры для ее прекращения и информирует администрацию и родителей.</w:t>
      </w:r>
      <w:r w:rsidRPr="00F42E2E">
        <w:rPr>
          <w:rFonts w:eastAsia="Calibri"/>
          <w:color w:val="1F4D78"/>
          <w:sz w:val="21"/>
          <w:lang w:val="ru-RU"/>
        </w:rPr>
        <w:t xml:space="preserve"> [1, ст. 23–24; 2, п. 4.1 ч. 1 ст. 43; 6; 11]</w:t>
      </w:r>
    </w:p>
    <w:p w:rsidR="009D3111" w:rsidRPr="00F42E2E" w:rsidRDefault="00D10209">
      <w:pPr>
        <w:spacing w:after="80"/>
        <w:ind w:firstLine="425"/>
        <w:rPr>
          <w:lang w:val="ru-RU"/>
        </w:rPr>
      </w:pPr>
      <w:r w:rsidRPr="00F42E2E">
        <w:rPr>
          <w:rFonts w:eastAsia="Calibri"/>
          <w:lang w:val="ru-RU"/>
        </w:rPr>
        <w:t>6.6. Родители в период занятий могут передать срочную информацию через администрацию или классного руководителя. В экстренной ситуации обучающийся вправе использовать связь для вызова помощи.</w:t>
      </w:r>
      <w:r w:rsidRPr="00F42E2E">
        <w:rPr>
          <w:rFonts w:eastAsia="Calibri"/>
          <w:color w:val="1F4D78"/>
          <w:sz w:val="21"/>
          <w:lang w:val="ru-RU"/>
        </w:rPr>
        <w:t xml:space="preserve"> [1, ст. 23–24; 2, п. 4.1 ч. 1 ст. 43; 6; 11]</w:t>
      </w:r>
    </w:p>
    <w:p w:rsidR="009D3111" w:rsidRPr="00F42E2E" w:rsidRDefault="00D10209">
      <w:pPr>
        <w:spacing w:after="80"/>
        <w:ind w:firstLine="425"/>
        <w:rPr>
          <w:lang w:val="ru-RU"/>
        </w:rPr>
      </w:pPr>
      <w:r w:rsidRPr="00F42E2E">
        <w:rPr>
          <w:rFonts w:eastAsia="Calibri"/>
          <w:lang w:val="ru-RU"/>
        </w:rPr>
        <w:t>6.7. Фото-, видео- и аудиозапись других лиц, публикация их изображения, голоса, переписки или персональных данных допускаются только с соблюдением законодательства о частной жизни, изображении гражданина и персональных данных.</w:t>
      </w:r>
      <w:r w:rsidRPr="00F42E2E">
        <w:rPr>
          <w:rFonts w:eastAsia="Calibri"/>
          <w:color w:val="1F4D78"/>
          <w:sz w:val="21"/>
          <w:lang w:val="ru-RU"/>
        </w:rPr>
        <w:t xml:space="preserve"> [1, ст. 23–24; 6]</w:t>
      </w:r>
    </w:p>
    <w:p w:rsidR="009D3111" w:rsidRPr="00F42E2E" w:rsidRDefault="00D10209">
      <w:pPr>
        <w:spacing w:after="80"/>
        <w:ind w:firstLine="425"/>
        <w:rPr>
          <w:lang w:val="ru-RU"/>
        </w:rPr>
      </w:pPr>
      <w:r w:rsidRPr="00F42E2E">
        <w:rPr>
          <w:rFonts w:eastAsia="Calibri"/>
          <w:lang w:val="ru-RU"/>
        </w:rPr>
        <w:t>6.8. Ответственность за утрату или повреждение личной вещи определяется по закону с учетом фактических обстоятельств и вины. Школа не освобождается заранее от ответственности за действия ее работников или за имущество, принятое на организованное хранение.</w:t>
      </w:r>
      <w:r w:rsidRPr="00F42E2E">
        <w:rPr>
          <w:rFonts w:eastAsia="Calibri"/>
          <w:color w:val="1F4D78"/>
          <w:sz w:val="21"/>
          <w:lang w:val="ru-RU"/>
        </w:rPr>
        <w:t xml:space="preserve"> [1, ст. 23–24; 2, п. 4.1 ч. 1 ст. 43; 6; 11]</w:t>
      </w:r>
    </w:p>
    <w:p w:rsidR="009D3111" w:rsidRPr="00F42E2E" w:rsidRDefault="00D10209">
      <w:pPr>
        <w:pStyle w:val="1"/>
        <w:rPr>
          <w:lang w:val="ru-RU"/>
        </w:rPr>
      </w:pPr>
      <w:r w:rsidRPr="00F42E2E">
        <w:rPr>
          <w:lang w:val="ru-RU"/>
        </w:rPr>
        <w:t>7. Поведение на переменах</w:t>
      </w:r>
    </w:p>
    <w:p w:rsidR="009D3111" w:rsidRPr="00F42E2E" w:rsidRDefault="00D10209">
      <w:pPr>
        <w:spacing w:after="80"/>
        <w:ind w:firstLine="425"/>
        <w:rPr>
          <w:lang w:val="ru-RU"/>
        </w:rPr>
      </w:pPr>
      <w:r w:rsidRPr="00F42E2E">
        <w:rPr>
          <w:rFonts w:eastAsia="Calibri"/>
          <w:lang w:val="ru-RU"/>
        </w:rPr>
        <w:t>7.1. На перемене обучающийся отдыхает и готовится к следующему занятию, соблюдая безопасность и права других лиц.</w:t>
      </w:r>
      <w:r w:rsidRPr="00F42E2E">
        <w:rPr>
          <w:rFonts w:eastAsia="Calibri"/>
          <w:color w:val="1F4D78"/>
          <w:sz w:val="21"/>
          <w:lang w:val="ru-RU"/>
        </w:rPr>
        <w:t xml:space="preserve"> [2, ст. 41, 43; 10; 11; 16]</w:t>
      </w:r>
    </w:p>
    <w:p w:rsidR="009D3111" w:rsidRPr="00F42E2E" w:rsidRDefault="00D10209">
      <w:pPr>
        <w:spacing w:after="80"/>
        <w:ind w:firstLine="425"/>
        <w:rPr>
          <w:lang w:val="ru-RU"/>
        </w:rPr>
      </w:pPr>
      <w:r w:rsidRPr="00F42E2E">
        <w:rPr>
          <w:rFonts w:eastAsia="Calibri"/>
          <w:lang w:val="ru-RU"/>
        </w:rPr>
        <w:t>7.2. Не допускаются бег по лестницам и в местах скопления людей, толчки, борьба, опасные игры, скольжение по перилам, нахождение на подоконниках, самостоятельное открывание окон и иные действия, создающие угрозу.</w:t>
      </w:r>
      <w:r w:rsidRPr="00F42E2E">
        <w:rPr>
          <w:rFonts w:eastAsia="Calibri"/>
          <w:color w:val="1F4D78"/>
          <w:sz w:val="21"/>
          <w:lang w:val="ru-RU"/>
        </w:rPr>
        <w:t xml:space="preserve"> [2, ст. 41, 43; 10; 11; 16]</w:t>
      </w:r>
    </w:p>
    <w:p w:rsidR="009D3111" w:rsidRPr="00F42E2E" w:rsidRDefault="00D10209">
      <w:pPr>
        <w:spacing w:after="80"/>
        <w:ind w:firstLine="425"/>
        <w:rPr>
          <w:lang w:val="ru-RU"/>
        </w:rPr>
      </w:pPr>
      <w:r w:rsidRPr="00F42E2E">
        <w:rPr>
          <w:rFonts w:eastAsia="Calibri"/>
          <w:lang w:val="ru-RU"/>
        </w:rPr>
        <w:t>7.3. Двигательная активность допускается в предназначенных местах и формах, не создающих опасности.</w:t>
      </w:r>
      <w:r w:rsidRPr="00F42E2E">
        <w:rPr>
          <w:rFonts w:eastAsia="Calibri"/>
          <w:color w:val="1F4D78"/>
          <w:sz w:val="21"/>
          <w:lang w:val="ru-RU"/>
        </w:rPr>
        <w:t xml:space="preserve"> [2, ст. 41, 43; 10; 11; 16]</w:t>
      </w:r>
    </w:p>
    <w:p w:rsidR="009D3111" w:rsidRPr="00F42E2E" w:rsidRDefault="00D10209">
      <w:pPr>
        <w:spacing w:after="80"/>
        <w:ind w:firstLine="425"/>
        <w:rPr>
          <w:lang w:val="ru-RU"/>
        </w:rPr>
      </w:pPr>
      <w:r w:rsidRPr="00F42E2E">
        <w:rPr>
          <w:rFonts w:eastAsia="Calibri"/>
          <w:lang w:val="ru-RU"/>
        </w:rPr>
        <w:lastRenderedPageBreak/>
        <w:t>7.4. Проветривание кабинета организует работник. Обучающиеся не остаются у открытых окон без контроля и не препятствуют санитарным мероприятиям.</w:t>
      </w:r>
      <w:r w:rsidRPr="00F42E2E">
        <w:rPr>
          <w:rFonts w:eastAsia="Calibri"/>
          <w:color w:val="1F4D78"/>
          <w:sz w:val="21"/>
          <w:lang w:val="ru-RU"/>
        </w:rPr>
        <w:t xml:space="preserve"> [2, ст. 41, 43; 10; 11; 16]</w:t>
      </w:r>
    </w:p>
    <w:p w:rsidR="009D3111" w:rsidRPr="00F42E2E" w:rsidRDefault="00D10209">
      <w:pPr>
        <w:spacing w:after="80"/>
        <w:ind w:firstLine="425"/>
        <w:rPr>
          <w:lang w:val="ru-RU"/>
        </w:rPr>
      </w:pPr>
      <w:r w:rsidRPr="00F42E2E">
        <w:rPr>
          <w:rFonts w:eastAsia="Calibri"/>
          <w:lang w:val="ru-RU"/>
        </w:rPr>
        <w:t>7.5. Обучающийся соблюдает очередь, правила пользования санитарными комнатами, лестницами и зонами отдыха и выполняет законные требования дежурных работников.</w:t>
      </w:r>
      <w:r w:rsidRPr="00F42E2E">
        <w:rPr>
          <w:rFonts w:eastAsia="Calibri"/>
          <w:color w:val="1F4D78"/>
          <w:sz w:val="21"/>
          <w:lang w:val="ru-RU"/>
        </w:rPr>
        <w:t xml:space="preserve"> [2, ст. 41, 43; 10; 11; 16]</w:t>
      </w:r>
    </w:p>
    <w:p w:rsidR="009D3111" w:rsidRPr="00F42E2E" w:rsidRDefault="00D10209">
      <w:pPr>
        <w:spacing w:after="80"/>
        <w:ind w:firstLine="425"/>
        <w:rPr>
          <w:lang w:val="ru-RU"/>
        </w:rPr>
      </w:pPr>
      <w:r w:rsidRPr="00F42E2E">
        <w:rPr>
          <w:rFonts w:eastAsia="Calibri"/>
          <w:lang w:val="ru-RU"/>
        </w:rPr>
        <w:t>7.6. О травме, конфликте, разливе жидкости, повреждении оборудования или иной опасности обучающийся незамедлительно сообщает ближайшему работнику.</w:t>
      </w:r>
      <w:r w:rsidRPr="00F42E2E">
        <w:rPr>
          <w:rFonts w:eastAsia="Calibri"/>
          <w:color w:val="1F4D78"/>
          <w:sz w:val="21"/>
          <w:lang w:val="ru-RU"/>
        </w:rPr>
        <w:t xml:space="preserve"> [2, ст. 41, 43; 10; 11; 16]</w:t>
      </w:r>
    </w:p>
    <w:p w:rsidR="009D3111" w:rsidRPr="00F42E2E" w:rsidRDefault="00D10209">
      <w:pPr>
        <w:pStyle w:val="1"/>
        <w:rPr>
          <w:lang w:val="ru-RU"/>
        </w:rPr>
      </w:pPr>
      <w:r w:rsidRPr="00F42E2E">
        <w:rPr>
          <w:lang w:val="ru-RU"/>
        </w:rPr>
        <w:t>8. Правила поведения в столовой</w:t>
      </w:r>
    </w:p>
    <w:p w:rsidR="009D3111" w:rsidRPr="00F42E2E" w:rsidRDefault="00D10209">
      <w:pPr>
        <w:spacing w:after="80"/>
        <w:ind w:firstLine="425"/>
        <w:rPr>
          <w:lang w:val="ru-RU"/>
        </w:rPr>
      </w:pPr>
      <w:r w:rsidRPr="00F42E2E">
        <w:rPr>
          <w:rFonts w:eastAsia="Calibri"/>
          <w:lang w:val="ru-RU"/>
        </w:rPr>
        <w:t>8.1. Обучающиеся посещают столовую по утвержденному графику либо с разрешения ответственного работника, предварительно моют или обрабатывают руки.</w:t>
      </w:r>
      <w:r w:rsidRPr="00F42E2E">
        <w:rPr>
          <w:rFonts w:eastAsia="Calibri"/>
          <w:color w:val="1F4D78"/>
          <w:sz w:val="21"/>
          <w:lang w:val="ru-RU"/>
        </w:rPr>
        <w:t xml:space="preserve"> [5; 8; 13; 16]</w:t>
      </w:r>
    </w:p>
    <w:p w:rsidR="009D3111" w:rsidRPr="00F42E2E" w:rsidRDefault="00D10209">
      <w:pPr>
        <w:spacing w:after="80"/>
        <w:ind w:firstLine="425"/>
        <w:rPr>
          <w:lang w:val="ru-RU"/>
        </w:rPr>
      </w:pPr>
      <w:r w:rsidRPr="00F42E2E">
        <w:rPr>
          <w:rFonts w:eastAsia="Calibri"/>
          <w:lang w:val="ru-RU"/>
        </w:rPr>
        <w:t>8.2. В столовой соблюдаются спокойное передвижение, очередность, правила пользования приборами и уважительное отношение к работникам и другим посетителям.</w:t>
      </w:r>
      <w:r w:rsidRPr="00F42E2E">
        <w:rPr>
          <w:rFonts w:eastAsia="Calibri"/>
          <w:color w:val="1F4D78"/>
          <w:sz w:val="21"/>
          <w:lang w:val="ru-RU"/>
        </w:rPr>
        <w:t xml:space="preserve"> [5; 8; 13; 16]</w:t>
      </w:r>
    </w:p>
    <w:p w:rsidR="009D3111" w:rsidRPr="00F42E2E" w:rsidRDefault="00D10209">
      <w:pPr>
        <w:spacing w:after="80"/>
        <w:ind w:firstLine="425"/>
        <w:rPr>
          <w:lang w:val="ru-RU"/>
        </w:rPr>
      </w:pPr>
      <w:r w:rsidRPr="00F42E2E">
        <w:rPr>
          <w:rFonts w:eastAsia="Calibri"/>
          <w:lang w:val="ru-RU"/>
        </w:rPr>
        <w:t>8.3. После приема пищи обучающийся убирает за собой посуду в установленное место и оставляет стол чистым. Вынос многоразовой посуды и столовых приборов не допускается.</w:t>
      </w:r>
      <w:r w:rsidRPr="00F42E2E">
        <w:rPr>
          <w:rFonts w:eastAsia="Calibri"/>
          <w:color w:val="1F4D78"/>
          <w:sz w:val="21"/>
          <w:lang w:val="ru-RU"/>
        </w:rPr>
        <w:t xml:space="preserve"> [5; 8; 13; 16]</w:t>
      </w:r>
    </w:p>
    <w:p w:rsidR="009D3111" w:rsidRPr="00F42E2E" w:rsidRDefault="00D10209">
      <w:pPr>
        <w:spacing w:after="80"/>
        <w:ind w:firstLine="425"/>
        <w:rPr>
          <w:lang w:val="ru-RU"/>
        </w:rPr>
      </w:pPr>
      <w:r w:rsidRPr="00F42E2E">
        <w:rPr>
          <w:rFonts w:eastAsia="Calibri"/>
          <w:lang w:val="ru-RU"/>
        </w:rPr>
        <w:t>8.4. При обнаружении признаков недоброкачественной пищи, постороннего предмета, аллергической реакции или ухудшении самочувствия обучающийся прекращает прием пищи и сразу сообщает работнику столовой, педагогу или медицинскому работнику.</w:t>
      </w:r>
      <w:r w:rsidRPr="00F42E2E">
        <w:rPr>
          <w:rFonts w:eastAsia="Calibri"/>
          <w:color w:val="1F4D78"/>
          <w:sz w:val="21"/>
          <w:lang w:val="ru-RU"/>
        </w:rPr>
        <w:t xml:space="preserve"> [5; 8; 13; 16]</w:t>
      </w:r>
    </w:p>
    <w:p w:rsidR="009D3111" w:rsidRPr="00F42E2E" w:rsidRDefault="00D10209">
      <w:pPr>
        <w:spacing w:after="80"/>
        <w:ind w:firstLine="425"/>
        <w:rPr>
          <w:lang w:val="ru-RU"/>
        </w:rPr>
      </w:pPr>
      <w:r w:rsidRPr="00F42E2E">
        <w:rPr>
          <w:rFonts w:eastAsia="Calibri"/>
          <w:lang w:val="ru-RU"/>
        </w:rPr>
        <w:t>8.5. Лечебное и диетическое питание организуется при наличии оснований и документов в порядке, предусмотренном законодательством и локальными актами. Обучающийся соблюдает назначенный рацион и не обменивается пищей, способной вызвать аллергическую реакцию.</w:t>
      </w:r>
      <w:r w:rsidRPr="00F42E2E">
        <w:rPr>
          <w:rFonts w:eastAsia="Calibri"/>
          <w:color w:val="1F4D78"/>
          <w:sz w:val="21"/>
          <w:lang w:val="ru-RU"/>
        </w:rPr>
        <w:t xml:space="preserve"> [5; 8; 13; 16]</w:t>
      </w:r>
    </w:p>
    <w:p w:rsidR="009D3111" w:rsidRPr="00F42E2E" w:rsidRDefault="00D10209">
      <w:pPr>
        <w:spacing w:after="80"/>
        <w:ind w:firstLine="425"/>
        <w:rPr>
          <w:lang w:val="ru-RU"/>
        </w:rPr>
      </w:pPr>
      <w:r w:rsidRPr="00F42E2E">
        <w:rPr>
          <w:rFonts w:eastAsia="Calibri"/>
          <w:lang w:val="ru-RU"/>
        </w:rPr>
        <w:t>8.6. Организация питания и поведение участников осуществляются с учетом СанПиН 2.3/2.4.4282-26, применяемого с 1 сентября 2026 года, и иных действующих санитарных требований.</w:t>
      </w:r>
      <w:r w:rsidRPr="00F42E2E">
        <w:rPr>
          <w:rFonts w:eastAsia="Calibri"/>
          <w:color w:val="1F4D78"/>
          <w:sz w:val="21"/>
          <w:lang w:val="ru-RU"/>
        </w:rPr>
        <w:t xml:space="preserve"> [13]</w:t>
      </w:r>
    </w:p>
    <w:p w:rsidR="009D3111" w:rsidRPr="00F42E2E" w:rsidRDefault="00D10209">
      <w:pPr>
        <w:pStyle w:val="1"/>
        <w:rPr>
          <w:lang w:val="ru-RU"/>
        </w:rPr>
      </w:pPr>
      <w:r w:rsidRPr="00F42E2E">
        <w:rPr>
          <w:lang w:val="ru-RU"/>
        </w:rPr>
        <w:t>9. Поведение в специальных помещениях</w:t>
      </w:r>
    </w:p>
    <w:p w:rsidR="009D3111" w:rsidRPr="00F42E2E" w:rsidRDefault="00D10209">
      <w:pPr>
        <w:spacing w:after="80"/>
        <w:ind w:firstLine="425"/>
        <w:rPr>
          <w:lang w:val="ru-RU"/>
        </w:rPr>
      </w:pPr>
      <w:r w:rsidRPr="00F42E2E">
        <w:rPr>
          <w:rFonts w:eastAsia="Calibri"/>
          <w:lang w:val="ru-RU"/>
        </w:rPr>
        <w:t>9.1. В библиотеке обучающийся соблюдает тишину, правила выдачи и возврата документов, бережно обращается с фондом и оборудованием.</w:t>
      </w:r>
      <w:r w:rsidRPr="00F42E2E">
        <w:rPr>
          <w:rFonts w:eastAsia="Calibri"/>
          <w:color w:val="1F4D78"/>
          <w:sz w:val="21"/>
          <w:lang w:val="ru-RU"/>
        </w:rPr>
        <w:t xml:space="preserve"> [2, ст. 41; 10; 14; 15; 16]</w:t>
      </w:r>
    </w:p>
    <w:p w:rsidR="009D3111" w:rsidRPr="00F42E2E" w:rsidRDefault="00D10209">
      <w:pPr>
        <w:spacing w:after="80"/>
        <w:ind w:firstLine="425"/>
        <w:rPr>
          <w:lang w:val="ru-RU"/>
        </w:rPr>
      </w:pPr>
      <w:r w:rsidRPr="00F42E2E">
        <w:rPr>
          <w:rFonts w:eastAsia="Calibri"/>
          <w:lang w:val="ru-RU"/>
        </w:rPr>
        <w:t>9.2. В спортивном и актовом залах, мастерских, лабораториях, кабинетах информатики, на спортивной площадке и в иных специальных помещениях обучающийся допускается к деятельности после инструктажа и выполняет указания ответственного работника.</w:t>
      </w:r>
      <w:r w:rsidRPr="00F42E2E">
        <w:rPr>
          <w:rFonts w:eastAsia="Calibri"/>
          <w:color w:val="1F4D78"/>
          <w:sz w:val="21"/>
          <w:lang w:val="ru-RU"/>
        </w:rPr>
        <w:t xml:space="preserve"> [2, ст. 41; 10; 14; 15; 16]</w:t>
      </w:r>
    </w:p>
    <w:p w:rsidR="009D3111" w:rsidRPr="00F42E2E" w:rsidRDefault="00D10209">
      <w:pPr>
        <w:spacing w:after="80"/>
        <w:ind w:firstLine="425"/>
        <w:rPr>
          <w:lang w:val="ru-RU"/>
        </w:rPr>
      </w:pPr>
      <w:r w:rsidRPr="00F42E2E">
        <w:rPr>
          <w:rFonts w:eastAsia="Calibri"/>
          <w:lang w:val="ru-RU"/>
        </w:rPr>
        <w:t>9.3. Использование оборудования без разрешения, самостоятельное включение приборов, вход в служебные и технические помещения не допускаются.</w:t>
      </w:r>
      <w:r w:rsidRPr="00F42E2E">
        <w:rPr>
          <w:rFonts w:eastAsia="Calibri"/>
          <w:color w:val="1F4D78"/>
          <w:sz w:val="21"/>
          <w:lang w:val="ru-RU"/>
        </w:rPr>
        <w:t xml:space="preserve"> [2, ст. 41; 10; 14; 15; 16]</w:t>
      </w:r>
    </w:p>
    <w:p w:rsidR="009D3111" w:rsidRPr="00F42E2E" w:rsidRDefault="00D10209">
      <w:pPr>
        <w:spacing w:after="80"/>
        <w:ind w:firstLine="425"/>
        <w:rPr>
          <w:lang w:val="ru-RU"/>
        </w:rPr>
      </w:pPr>
      <w:r w:rsidRPr="00F42E2E">
        <w:rPr>
          <w:rFonts w:eastAsia="Calibri"/>
          <w:lang w:val="ru-RU"/>
        </w:rPr>
        <w:t>9.4. Настоящий раздел применяется вместе со специальными инструкциями по охране труда, пожарной безопасности и правилами пользования соответствующими объектами.</w:t>
      </w:r>
      <w:r w:rsidRPr="00F42E2E">
        <w:rPr>
          <w:rFonts w:eastAsia="Calibri"/>
          <w:color w:val="1F4D78"/>
          <w:sz w:val="21"/>
          <w:lang w:val="ru-RU"/>
        </w:rPr>
        <w:t xml:space="preserve"> [2, ст. 41; 10; 14; 15; 16]</w:t>
      </w:r>
    </w:p>
    <w:p w:rsidR="009D3111" w:rsidRPr="00F42E2E" w:rsidRDefault="00D10209">
      <w:pPr>
        <w:pStyle w:val="1"/>
        <w:rPr>
          <w:lang w:val="ru-RU"/>
        </w:rPr>
      </w:pPr>
      <w:r w:rsidRPr="00F42E2E">
        <w:rPr>
          <w:lang w:val="ru-RU"/>
        </w:rPr>
        <w:t>10. Внешний вид и одежда обучающихся</w:t>
      </w:r>
    </w:p>
    <w:p w:rsidR="009D3111" w:rsidRPr="00F42E2E" w:rsidRDefault="00D10209">
      <w:pPr>
        <w:spacing w:after="80"/>
        <w:ind w:firstLine="425"/>
        <w:rPr>
          <w:lang w:val="ru-RU"/>
        </w:rPr>
      </w:pPr>
      <w:r w:rsidRPr="00F42E2E">
        <w:rPr>
          <w:rFonts w:eastAsia="Calibri"/>
          <w:lang w:val="ru-RU"/>
        </w:rPr>
        <w:t>10.1. Требования к одежде обучающихся устанавливаются отдельным локальным актом Школы в соответствии со статьей 38 Федерального закона № 273-ФЗ и нормативным актом субъекта Российской Федерации, с учетом мнения советов обучающихся и родителей.</w:t>
      </w:r>
      <w:r w:rsidRPr="00F42E2E">
        <w:rPr>
          <w:rFonts w:eastAsia="Calibri"/>
          <w:color w:val="1F4D78"/>
          <w:sz w:val="21"/>
          <w:lang w:val="ru-RU"/>
        </w:rPr>
        <w:t xml:space="preserve"> [2, ст. 30, 38; 16]</w:t>
      </w:r>
    </w:p>
    <w:p w:rsidR="009D3111" w:rsidRPr="00F42E2E" w:rsidRDefault="00D10209">
      <w:pPr>
        <w:spacing w:after="80"/>
        <w:ind w:firstLine="425"/>
        <w:rPr>
          <w:lang w:val="ru-RU"/>
        </w:rPr>
      </w:pPr>
      <w:r w:rsidRPr="00F42E2E">
        <w:rPr>
          <w:rFonts w:eastAsia="Calibri"/>
          <w:lang w:val="ru-RU"/>
        </w:rPr>
        <w:t>10.2. Требования должны быть нейтральными, доступными, недискриминационными и учитывать материальное положение семьи, состояние здоровья, инвалидность, религиозные и иные защищаемые законом особенности.</w:t>
      </w:r>
      <w:r w:rsidRPr="00F42E2E">
        <w:rPr>
          <w:rFonts w:eastAsia="Calibri"/>
          <w:color w:val="1F4D78"/>
          <w:sz w:val="21"/>
          <w:lang w:val="ru-RU"/>
        </w:rPr>
        <w:t xml:space="preserve"> [2, ст. 30, 38; 16]</w:t>
      </w:r>
    </w:p>
    <w:p w:rsidR="009D3111" w:rsidRPr="00F42E2E" w:rsidRDefault="00D10209">
      <w:pPr>
        <w:spacing w:after="80"/>
        <w:ind w:firstLine="425"/>
        <w:rPr>
          <w:lang w:val="ru-RU"/>
        </w:rPr>
      </w:pPr>
      <w:r w:rsidRPr="00F42E2E">
        <w:rPr>
          <w:rFonts w:eastAsia="Calibri"/>
          <w:lang w:val="ru-RU"/>
        </w:rPr>
        <w:lastRenderedPageBreak/>
        <w:t>10.3. Несоответствие одежды установленным требованиям не является основанием для недопуска к урокам. Работник корректно сообщает о нарушении обучающемуся и родителям и применяет предусмотренные законом воспитательные меры.</w:t>
      </w:r>
      <w:r w:rsidRPr="00F42E2E">
        <w:rPr>
          <w:rFonts w:eastAsia="Calibri"/>
          <w:color w:val="1F4D78"/>
          <w:sz w:val="21"/>
          <w:lang w:val="ru-RU"/>
        </w:rPr>
        <w:t xml:space="preserve"> [2, ст. 5, 34, 38]</w:t>
      </w:r>
    </w:p>
    <w:p w:rsidR="009D3111" w:rsidRPr="00F42E2E" w:rsidRDefault="00D10209">
      <w:pPr>
        <w:spacing w:after="80"/>
        <w:ind w:firstLine="425"/>
        <w:rPr>
          <w:lang w:val="ru-RU"/>
        </w:rPr>
      </w:pPr>
      <w:r w:rsidRPr="00F42E2E">
        <w:rPr>
          <w:rFonts w:eastAsia="Calibri"/>
          <w:lang w:val="ru-RU"/>
        </w:rPr>
        <w:t>10.4. Одежда и обувь должны соответствовать характеру занятия и требованиям безопасности; для физической культуры, технологии и лабораторных работ используется специальная форма и средства защиты, когда это предусмотрено инструкцией.</w:t>
      </w:r>
      <w:r w:rsidRPr="00F42E2E">
        <w:rPr>
          <w:rFonts w:eastAsia="Calibri"/>
          <w:color w:val="1F4D78"/>
          <w:sz w:val="21"/>
          <w:lang w:val="ru-RU"/>
        </w:rPr>
        <w:t xml:space="preserve"> [2, ст. 30, 38; 16]</w:t>
      </w:r>
    </w:p>
    <w:p w:rsidR="009D3111" w:rsidRPr="00F42E2E" w:rsidRDefault="00D10209">
      <w:pPr>
        <w:pStyle w:val="1"/>
        <w:rPr>
          <w:lang w:val="ru-RU"/>
        </w:rPr>
      </w:pPr>
      <w:r w:rsidRPr="00F42E2E">
        <w:rPr>
          <w:lang w:val="ru-RU"/>
        </w:rPr>
        <w:t>11. Информационная и цифровая безопасность</w:t>
      </w:r>
    </w:p>
    <w:p w:rsidR="009D3111" w:rsidRPr="00F42E2E" w:rsidRDefault="00D10209">
      <w:pPr>
        <w:spacing w:after="80"/>
        <w:ind w:firstLine="425"/>
        <w:rPr>
          <w:lang w:val="ru-RU"/>
        </w:rPr>
      </w:pPr>
      <w:r w:rsidRPr="00F42E2E">
        <w:rPr>
          <w:rFonts w:eastAsia="Calibri"/>
          <w:lang w:val="ru-RU"/>
        </w:rPr>
        <w:t>11.1. Обучающийся соблюдает правила безопасной работы в информационных системах Школы и сети Интернет, использует только предоставленные ему учетные данные и не передает пароль другим лицам.</w:t>
      </w:r>
      <w:r w:rsidRPr="00F42E2E">
        <w:rPr>
          <w:rFonts w:eastAsia="Calibri"/>
          <w:color w:val="1F4D78"/>
          <w:sz w:val="21"/>
          <w:lang w:val="ru-RU"/>
        </w:rPr>
        <w:t xml:space="preserve"> [1, ст. 23–24; 6; 7; 16]</w:t>
      </w:r>
    </w:p>
    <w:p w:rsidR="009D3111" w:rsidRPr="00F42E2E" w:rsidRDefault="00D10209">
      <w:pPr>
        <w:spacing w:after="80"/>
        <w:ind w:firstLine="425"/>
        <w:rPr>
          <w:lang w:val="ru-RU"/>
        </w:rPr>
      </w:pPr>
      <w:r w:rsidRPr="00F42E2E">
        <w:rPr>
          <w:rFonts w:eastAsia="Calibri"/>
          <w:lang w:val="ru-RU"/>
        </w:rPr>
        <w:t>11.2. Запрещаются попытки несанкционированного доступа, обхода средств защиты, изменение или удаление чужих данных, установка программ без разрешения, использование чужой учетной записи и создание помех работе сети или оборудования.</w:t>
      </w:r>
      <w:r w:rsidRPr="00F42E2E">
        <w:rPr>
          <w:rFonts w:eastAsia="Calibri"/>
          <w:color w:val="1F4D78"/>
          <w:sz w:val="21"/>
          <w:lang w:val="ru-RU"/>
        </w:rPr>
        <w:t xml:space="preserve"> [1, ст. 23–24; 6; 7; 16]</w:t>
      </w:r>
    </w:p>
    <w:p w:rsidR="009D3111" w:rsidRPr="00F42E2E" w:rsidRDefault="00D10209">
      <w:pPr>
        <w:spacing w:after="80"/>
        <w:ind w:firstLine="425"/>
        <w:rPr>
          <w:lang w:val="ru-RU"/>
        </w:rPr>
      </w:pPr>
      <w:r w:rsidRPr="00F42E2E">
        <w:rPr>
          <w:rFonts w:eastAsia="Calibri"/>
          <w:lang w:val="ru-RU"/>
        </w:rPr>
        <w:t xml:space="preserve">11.3. Не допускаются </w:t>
      </w:r>
      <w:proofErr w:type="spellStart"/>
      <w:r w:rsidRPr="00F42E2E">
        <w:rPr>
          <w:rFonts w:eastAsia="Calibri"/>
          <w:lang w:val="ru-RU"/>
        </w:rPr>
        <w:t>кибербуллинг</w:t>
      </w:r>
      <w:proofErr w:type="spellEnd"/>
      <w:r w:rsidRPr="00F42E2E">
        <w:rPr>
          <w:rFonts w:eastAsia="Calibri"/>
          <w:lang w:val="ru-RU"/>
        </w:rPr>
        <w:t>, угрозы, оскорбления, создание унижающего контента, распространение чужой переписки, изображения, номера телефона, адреса и других персональных данных без законного основания.</w:t>
      </w:r>
      <w:r w:rsidRPr="00F42E2E">
        <w:rPr>
          <w:rFonts w:eastAsia="Calibri"/>
          <w:color w:val="1F4D78"/>
          <w:sz w:val="21"/>
          <w:lang w:val="ru-RU"/>
        </w:rPr>
        <w:t xml:space="preserve"> [1, ст. 23–24; 6; 7]</w:t>
      </w:r>
    </w:p>
    <w:p w:rsidR="009D3111" w:rsidRPr="00F42E2E" w:rsidRDefault="00D10209">
      <w:pPr>
        <w:spacing w:after="80"/>
        <w:ind w:firstLine="425"/>
        <w:rPr>
          <w:lang w:val="ru-RU"/>
        </w:rPr>
      </w:pPr>
      <w:r w:rsidRPr="00F42E2E">
        <w:rPr>
          <w:rFonts w:eastAsia="Calibri"/>
          <w:lang w:val="ru-RU"/>
        </w:rPr>
        <w:t>11.4. О цифровой угрозе, взломе учетной записи, получении опасного сообщения или обнаружении запрещенного контента обучающийся сообщает родителю и работнику Школы, не распространяя такой материал далее.</w:t>
      </w:r>
      <w:r w:rsidRPr="00F42E2E">
        <w:rPr>
          <w:rFonts w:eastAsia="Calibri"/>
          <w:color w:val="1F4D78"/>
          <w:sz w:val="21"/>
          <w:lang w:val="ru-RU"/>
        </w:rPr>
        <w:t xml:space="preserve"> [1, ст. 23–24; 6; 7; 16]</w:t>
      </w:r>
    </w:p>
    <w:p w:rsidR="009D3111" w:rsidRPr="00F42E2E" w:rsidRDefault="00D10209">
      <w:pPr>
        <w:spacing w:after="80"/>
        <w:ind w:firstLine="425"/>
        <w:rPr>
          <w:lang w:val="ru-RU"/>
        </w:rPr>
      </w:pPr>
      <w:r w:rsidRPr="00F42E2E">
        <w:rPr>
          <w:rFonts w:eastAsia="Calibri"/>
          <w:lang w:val="ru-RU"/>
        </w:rPr>
        <w:t>11.5. Системы искусственного интеллекта используются при выполнении заданий только в пределах, определенных педагогом. Если использование разрешено, обучающийся указывает факт и способ использования по требованию педагога.</w:t>
      </w:r>
      <w:r w:rsidRPr="00F42E2E">
        <w:rPr>
          <w:rFonts w:eastAsia="Calibri"/>
          <w:color w:val="1F4D78"/>
          <w:sz w:val="21"/>
          <w:lang w:val="ru-RU"/>
        </w:rPr>
        <w:t xml:space="preserve"> [1, ст. 23–24; 6; 7; 16]</w:t>
      </w:r>
    </w:p>
    <w:p w:rsidR="009D3111" w:rsidRPr="00F42E2E" w:rsidRDefault="00D10209">
      <w:pPr>
        <w:spacing w:after="80"/>
        <w:ind w:firstLine="425"/>
        <w:rPr>
          <w:lang w:val="ru-RU"/>
        </w:rPr>
      </w:pPr>
      <w:r w:rsidRPr="00F42E2E">
        <w:rPr>
          <w:rFonts w:eastAsia="Calibri"/>
          <w:lang w:val="ru-RU"/>
        </w:rPr>
        <w:t>11.6. Выдача полностью или преимущественно созданной другим лицом либо информационной системой работы за самостоятельно выполненную является нарушением академической добросовестности. Вывод об этом не может основываться исключительно на автоматическом детекторе и должен учитывать объяснение обучающегося и иные данные.</w:t>
      </w:r>
      <w:r w:rsidRPr="00F42E2E">
        <w:rPr>
          <w:rFonts w:eastAsia="Calibri"/>
          <w:color w:val="1F4D78"/>
          <w:sz w:val="21"/>
          <w:lang w:val="ru-RU"/>
        </w:rPr>
        <w:t xml:space="preserve"> [1, ст. 23–24; 6; 7; 16]</w:t>
      </w:r>
    </w:p>
    <w:p w:rsidR="009D3111" w:rsidRPr="00F42E2E" w:rsidRDefault="00D10209">
      <w:pPr>
        <w:pStyle w:val="1"/>
        <w:rPr>
          <w:lang w:val="ru-RU"/>
        </w:rPr>
      </w:pPr>
      <w:r w:rsidRPr="00F42E2E">
        <w:rPr>
          <w:lang w:val="ru-RU"/>
        </w:rPr>
        <w:t>12. Профилактика конфликтов, насилия и травли</w:t>
      </w:r>
    </w:p>
    <w:p w:rsidR="009D3111" w:rsidRPr="00F42E2E" w:rsidRDefault="00D10209">
      <w:pPr>
        <w:spacing w:after="80"/>
        <w:ind w:firstLine="425"/>
        <w:rPr>
          <w:lang w:val="ru-RU"/>
        </w:rPr>
      </w:pPr>
      <w:r w:rsidRPr="00F42E2E">
        <w:rPr>
          <w:rFonts w:eastAsia="Calibri"/>
          <w:lang w:val="ru-RU"/>
        </w:rPr>
        <w:t>12.1. Недопустимы физическое насилие, угрозы, преследование, вымогательство, унижение, систематические насмешки, изоляция, распространение слухов и иные формы травли, в том числе в цифровой среде.</w:t>
      </w:r>
      <w:r w:rsidRPr="00F42E2E">
        <w:rPr>
          <w:rFonts w:eastAsia="Calibri"/>
          <w:color w:val="1F4D78"/>
          <w:sz w:val="21"/>
          <w:lang w:val="ru-RU"/>
        </w:rPr>
        <w:t xml:space="preserve"> [2, ст. 41, 43; 3; 4; 6; 7]</w:t>
      </w:r>
    </w:p>
    <w:p w:rsidR="009D3111" w:rsidRPr="00F42E2E" w:rsidRDefault="00D10209">
      <w:pPr>
        <w:spacing w:after="80"/>
        <w:ind w:firstLine="425"/>
        <w:rPr>
          <w:lang w:val="ru-RU"/>
        </w:rPr>
      </w:pPr>
      <w:r w:rsidRPr="00F42E2E">
        <w:rPr>
          <w:rFonts w:eastAsia="Calibri"/>
          <w:lang w:val="ru-RU"/>
        </w:rPr>
        <w:t xml:space="preserve">12.2. Обучающийся, столкнувшийся с насилием или ставший свидетелем, вправе обратиться к любому работнику, которому доверяет, лично, письменно или </w:t>
      </w:r>
      <w:proofErr w:type="spellStart"/>
      <w:r w:rsidRPr="00F42E2E">
        <w:rPr>
          <w:rFonts w:eastAsia="Calibri"/>
          <w:lang w:val="ru-RU"/>
        </w:rPr>
        <w:t>электронно</w:t>
      </w:r>
      <w:proofErr w:type="spellEnd"/>
      <w:r w:rsidRPr="00F42E2E">
        <w:rPr>
          <w:rFonts w:eastAsia="Calibri"/>
          <w:lang w:val="ru-RU"/>
        </w:rPr>
        <w:t>. На ребенка не возлагается обязанность самостоятельно урегулировать травлю с предполагаемым агрессором.</w:t>
      </w:r>
      <w:r w:rsidRPr="00F42E2E">
        <w:rPr>
          <w:rFonts w:eastAsia="Calibri"/>
          <w:color w:val="1F4D78"/>
          <w:sz w:val="21"/>
          <w:lang w:val="ru-RU"/>
        </w:rPr>
        <w:t xml:space="preserve"> [2, ст. 41, 43; 3]</w:t>
      </w:r>
    </w:p>
    <w:p w:rsidR="009D3111" w:rsidRPr="00F42E2E" w:rsidRDefault="00D10209">
      <w:pPr>
        <w:spacing w:after="80"/>
        <w:ind w:firstLine="425"/>
        <w:rPr>
          <w:lang w:val="ru-RU"/>
        </w:rPr>
      </w:pPr>
      <w:r w:rsidRPr="00F42E2E">
        <w:rPr>
          <w:rFonts w:eastAsia="Calibri"/>
          <w:lang w:val="ru-RU"/>
        </w:rPr>
        <w:t>12.3. Работник, получивший сообщение, обязан обеспечить неотложную безопасность, зафиксировать и передать информацию ответственному руководителю в пределах установленного алгоритма. При наличии угрозы жизни и здоровью вызываются экстренные службы и уведомляются родители.</w:t>
      </w:r>
      <w:r w:rsidRPr="00F42E2E">
        <w:rPr>
          <w:rFonts w:eastAsia="Calibri"/>
          <w:color w:val="1F4D78"/>
          <w:sz w:val="21"/>
          <w:lang w:val="ru-RU"/>
        </w:rPr>
        <w:t xml:space="preserve"> [2, ст. 41, 43; 3; 4; 6; 7]</w:t>
      </w:r>
    </w:p>
    <w:p w:rsidR="009D3111" w:rsidRPr="00F42E2E" w:rsidRDefault="00D10209">
      <w:pPr>
        <w:spacing w:after="80"/>
        <w:ind w:firstLine="425"/>
        <w:rPr>
          <w:lang w:val="ru-RU"/>
        </w:rPr>
      </w:pPr>
      <w:r w:rsidRPr="00F42E2E">
        <w:rPr>
          <w:rFonts w:eastAsia="Calibri"/>
          <w:lang w:val="ru-RU"/>
        </w:rPr>
        <w:t>12.4. Школа принимает меры для прекращения травли, защиты пострадавшего, педагогической и психологической помощи участникам, информирования родителей и, при наличии оснований, взаимодействия с органами системы профилактики. Сведения распространяются только среди лиц, которым они необходимы для защиты прав ребенка.</w:t>
      </w:r>
      <w:r w:rsidRPr="00F42E2E">
        <w:rPr>
          <w:rFonts w:eastAsia="Calibri"/>
          <w:color w:val="1F4D78"/>
          <w:sz w:val="21"/>
          <w:lang w:val="ru-RU"/>
        </w:rPr>
        <w:t xml:space="preserve"> [3; 4; 6]</w:t>
      </w:r>
    </w:p>
    <w:p w:rsidR="009D3111" w:rsidRPr="00F42E2E" w:rsidRDefault="00D10209">
      <w:pPr>
        <w:spacing w:after="80"/>
        <w:ind w:firstLine="425"/>
        <w:rPr>
          <w:lang w:val="ru-RU"/>
        </w:rPr>
      </w:pPr>
      <w:r w:rsidRPr="00F42E2E">
        <w:rPr>
          <w:rFonts w:eastAsia="Calibri"/>
          <w:lang w:val="ru-RU"/>
        </w:rPr>
        <w:t>12.5. Примирительные и восстановительные процедуры проводятся добровольно, с учетом возраста и безопасности участников, и не заменяют обязательного реагирования на насилие или правонарушение.</w:t>
      </w:r>
      <w:r w:rsidRPr="00F42E2E">
        <w:rPr>
          <w:rFonts w:eastAsia="Calibri"/>
          <w:color w:val="1F4D78"/>
          <w:sz w:val="21"/>
          <w:lang w:val="ru-RU"/>
        </w:rPr>
        <w:t xml:space="preserve"> [2, ст. 41, 43; 3; 4; 6; 7]</w:t>
      </w:r>
    </w:p>
    <w:p w:rsidR="009D3111" w:rsidRPr="00F42E2E" w:rsidRDefault="00D10209">
      <w:pPr>
        <w:pStyle w:val="1"/>
        <w:rPr>
          <w:lang w:val="ru-RU"/>
        </w:rPr>
      </w:pPr>
      <w:r w:rsidRPr="00F42E2E">
        <w:rPr>
          <w:lang w:val="ru-RU"/>
        </w:rPr>
        <w:lastRenderedPageBreak/>
        <w:t>13. Запрещенные предметы, вещества и действия</w:t>
      </w:r>
    </w:p>
    <w:p w:rsidR="009D3111" w:rsidRPr="00F42E2E" w:rsidRDefault="00D10209">
      <w:pPr>
        <w:spacing w:after="80"/>
        <w:ind w:firstLine="425"/>
        <w:rPr>
          <w:lang w:val="ru-RU"/>
        </w:rPr>
      </w:pPr>
      <w:r w:rsidRPr="00F42E2E">
        <w:rPr>
          <w:rFonts w:eastAsia="Calibri"/>
          <w:lang w:val="ru-RU"/>
        </w:rPr>
        <w:t>13.1. На территории Школы и на организованных ею мероприятиях запрещаются:</w:t>
      </w:r>
      <w:r w:rsidRPr="00F42E2E">
        <w:rPr>
          <w:rFonts w:eastAsia="Calibri"/>
          <w:color w:val="1F4D78"/>
          <w:sz w:val="21"/>
          <w:lang w:val="ru-RU"/>
        </w:rPr>
        <w:t xml:space="preserve"> [4; 7; 9; 14; 15]</w:t>
      </w:r>
    </w:p>
    <w:p w:rsidR="009D3111" w:rsidRPr="00F42E2E" w:rsidRDefault="00D10209">
      <w:pPr>
        <w:pStyle w:val="a0"/>
        <w:spacing w:after="60"/>
        <w:ind w:left="425" w:hanging="198"/>
        <w:rPr>
          <w:lang w:val="ru-RU"/>
        </w:rPr>
      </w:pPr>
      <w:proofErr w:type="gramStart"/>
      <w:r w:rsidRPr="00F42E2E">
        <w:rPr>
          <w:rFonts w:eastAsia="Calibri"/>
          <w:lang w:val="ru-RU"/>
        </w:rPr>
        <w:t>оружие</w:t>
      </w:r>
      <w:proofErr w:type="gramEnd"/>
      <w:r w:rsidRPr="00F42E2E">
        <w:rPr>
          <w:rFonts w:eastAsia="Calibri"/>
          <w:lang w:val="ru-RU"/>
        </w:rPr>
        <w:t>, боеприпасы, взрывчатые, пиротехнические, легковоспламеняющиеся, токсичные и иные опасные предметы и вещества, кроме законно используемых в учебном процессе под контролем работника;</w:t>
      </w:r>
    </w:p>
    <w:p w:rsidR="009D3111" w:rsidRPr="00F42E2E" w:rsidRDefault="00D10209">
      <w:pPr>
        <w:pStyle w:val="a0"/>
        <w:spacing w:after="60"/>
        <w:ind w:left="425" w:hanging="198"/>
        <w:rPr>
          <w:lang w:val="ru-RU"/>
        </w:rPr>
      </w:pPr>
      <w:r w:rsidRPr="00F42E2E">
        <w:rPr>
          <w:rFonts w:eastAsia="Calibri"/>
          <w:lang w:val="ru-RU"/>
        </w:rPr>
        <w:t xml:space="preserve">наркотические средства, психотропные вещества без законных медицинских оснований, алкогольная, табачная, </w:t>
      </w:r>
      <w:proofErr w:type="spellStart"/>
      <w:r w:rsidRPr="00F42E2E">
        <w:rPr>
          <w:rFonts w:eastAsia="Calibri"/>
          <w:lang w:val="ru-RU"/>
        </w:rPr>
        <w:t>никотинсодержащая</w:t>
      </w:r>
      <w:proofErr w:type="spellEnd"/>
      <w:r w:rsidRPr="00F42E2E">
        <w:rPr>
          <w:rFonts w:eastAsia="Calibri"/>
          <w:lang w:val="ru-RU"/>
        </w:rPr>
        <w:t xml:space="preserve"> продукция, электронные системы доставки никотина и устройства для их потребления;</w:t>
      </w:r>
    </w:p>
    <w:p w:rsidR="009D3111" w:rsidRPr="00F42E2E" w:rsidRDefault="00D10209">
      <w:pPr>
        <w:pStyle w:val="a0"/>
        <w:spacing w:after="60"/>
        <w:ind w:left="425" w:hanging="198"/>
        <w:rPr>
          <w:lang w:val="ru-RU"/>
        </w:rPr>
      </w:pPr>
      <w:r w:rsidRPr="00F42E2E">
        <w:rPr>
          <w:rFonts w:eastAsia="Calibri"/>
          <w:lang w:val="ru-RU"/>
        </w:rPr>
        <w:t>нахождение в состоянии алкогольного, наркотического или иного опьянения;</w:t>
      </w:r>
    </w:p>
    <w:p w:rsidR="009D3111" w:rsidRPr="00F42E2E" w:rsidRDefault="00D10209">
      <w:pPr>
        <w:pStyle w:val="a0"/>
        <w:spacing w:after="60"/>
        <w:ind w:left="425" w:hanging="198"/>
        <w:rPr>
          <w:lang w:val="ru-RU"/>
        </w:rPr>
      </w:pPr>
      <w:r w:rsidRPr="00F42E2E">
        <w:rPr>
          <w:rFonts w:eastAsia="Calibri"/>
          <w:lang w:val="ru-RU"/>
        </w:rPr>
        <w:t>азартные игры, вымогательство, хищение, умышленное повреждение имущества;</w:t>
      </w:r>
    </w:p>
    <w:p w:rsidR="009D3111" w:rsidRPr="00F42E2E" w:rsidRDefault="00D10209">
      <w:pPr>
        <w:pStyle w:val="a0"/>
        <w:spacing w:after="60"/>
        <w:ind w:left="425" w:hanging="198"/>
        <w:rPr>
          <w:lang w:val="ru-RU"/>
        </w:rPr>
      </w:pPr>
      <w:r w:rsidRPr="00F42E2E">
        <w:rPr>
          <w:rFonts w:eastAsia="Calibri"/>
          <w:lang w:val="ru-RU"/>
        </w:rPr>
        <w:t>драки, угрозы, опасные розыгрыши, ложные сообщения об угрозе и иные действия, создающие опасность;</w:t>
      </w:r>
    </w:p>
    <w:p w:rsidR="009D3111" w:rsidRPr="00F42E2E" w:rsidRDefault="00D10209">
      <w:pPr>
        <w:pStyle w:val="a0"/>
        <w:spacing w:after="60"/>
        <w:ind w:left="425" w:hanging="198"/>
        <w:rPr>
          <w:lang w:val="ru-RU"/>
        </w:rPr>
      </w:pPr>
      <w:r w:rsidRPr="00F42E2E">
        <w:rPr>
          <w:rFonts w:eastAsia="Calibri"/>
          <w:lang w:val="ru-RU"/>
        </w:rPr>
        <w:t>самовольное проникновение в закрытые, служебные и технические помещения, передача пропуска другому лицу;</w:t>
      </w:r>
    </w:p>
    <w:p w:rsidR="009D3111" w:rsidRPr="00F42E2E" w:rsidRDefault="00D10209">
      <w:pPr>
        <w:pStyle w:val="a0"/>
        <w:spacing w:after="60"/>
        <w:ind w:left="425" w:hanging="198"/>
        <w:rPr>
          <w:lang w:val="ru-RU"/>
        </w:rPr>
      </w:pPr>
      <w:r w:rsidRPr="00F42E2E">
        <w:rPr>
          <w:rFonts w:eastAsia="Calibri"/>
          <w:lang w:val="ru-RU"/>
        </w:rPr>
        <w:t>изготовление, хранение с целью распространения или распространение экстремистских материалов и иной запрещенной законом информации.</w:t>
      </w:r>
    </w:p>
    <w:p w:rsidR="009D3111" w:rsidRPr="00F42E2E" w:rsidRDefault="00D10209">
      <w:pPr>
        <w:spacing w:after="80"/>
        <w:ind w:firstLine="425"/>
        <w:rPr>
          <w:lang w:val="ru-RU"/>
        </w:rPr>
      </w:pPr>
      <w:r w:rsidRPr="00F42E2E">
        <w:rPr>
          <w:rFonts w:eastAsia="Calibri"/>
          <w:lang w:val="ru-RU"/>
        </w:rPr>
        <w:t>13.2. Работники Школы не проводят личный досмотр обучающегося, досмотр его вещей или содержимого электронного устройства вне процедуры, предусмотренной законом. При обоснованном подозрении на опасный предмет работник ограничивает доступ к опасной зоне, информирует администрацию и родителей, а при необходимости — полицию и иные уполномоченные органы.</w:t>
      </w:r>
      <w:r w:rsidRPr="00F42E2E">
        <w:rPr>
          <w:rFonts w:eastAsia="Calibri"/>
          <w:color w:val="1F4D78"/>
          <w:sz w:val="21"/>
          <w:lang w:val="ru-RU"/>
        </w:rPr>
        <w:t xml:space="preserve"> [1, ст. 22–24; 6; 15]</w:t>
      </w:r>
    </w:p>
    <w:p w:rsidR="009D3111" w:rsidRPr="00F42E2E" w:rsidRDefault="00D10209">
      <w:pPr>
        <w:spacing w:after="80"/>
        <w:ind w:firstLine="425"/>
        <w:rPr>
          <w:lang w:val="ru-RU"/>
        </w:rPr>
      </w:pPr>
      <w:r w:rsidRPr="00F42E2E">
        <w:rPr>
          <w:rFonts w:eastAsia="Calibri"/>
          <w:lang w:val="ru-RU"/>
        </w:rPr>
        <w:t>13.3. Добровольная передача опасного предмета работнику в целях немедленного устранения угрозы фиксируется и осуществляется с соблюдением безопасности; дальнейшие действия определяются характером предмета и законом.</w:t>
      </w:r>
      <w:r w:rsidRPr="00F42E2E">
        <w:rPr>
          <w:rFonts w:eastAsia="Calibri"/>
          <w:color w:val="1F4D78"/>
          <w:sz w:val="21"/>
          <w:lang w:val="ru-RU"/>
        </w:rPr>
        <w:t xml:space="preserve"> [4; 7; 9; 14; 15; 16]</w:t>
      </w:r>
    </w:p>
    <w:p w:rsidR="009D3111" w:rsidRPr="00F42E2E" w:rsidRDefault="00D10209">
      <w:pPr>
        <w:pStyle w:val="1"/>
        <w:rPr>
          <w:lang w:val="ru-RU"/>
        </w:rPr>
      </w:pPr>
      <w:r w:rsidRPr="00F42E2E">
        <w:rPr>
          <w:lang w:val="ru-RU"/>
        </w:rPr>
        <w:t>14. Поощрения обучающихся</w:t>
      </w:r>
    </w:p>
    <w:p w:rsidR="009D3111" w:rsidRPr="00F42E2E" w:rsidRDefault="00D10209">
      <w:pPr>
        <w:spacing w:after="80"/>
        <w:ind w:firstLine="425"/>
        <w:rPr>
          <w:lang w:val="ru-RU"/>
        </w:rPr>
      </w:pPr>
      <w:r w:rsidRPr="00F42E2E">
        <w:rPr>
          <w:rFonts w:eastAsia="Calibri"/>
          <w:lang w:val="ru-RU"/>
        </w:rPr>
        <w:t>14.1. За успехи в учебе, творчестве, спорте, общественной деятельности, добровольчестве, ответственное поведение и иные достижения обучающийся может быть поощрен.</w:t>
      </w:r>
      <w:r w:rsidRPr="00F42E2E">
        <w:rPr>
          <w:rFonts w:eastAsia="Calibri"/>
          <w:color w:val="1F4D78"/>
          <w:sz w:val="21"/>
          <w:lang w:val="ru-RU"/>
        </w:rPr>
        <w:t xml:space="preserve"> [2, ст. 34; 6; 16]</w:t>
      </w:r>
    </w:p>
    <w:p w:rsidR="009D3111" w:rsidRPr="00F42E2E" w:rsidRDefault="00D10209">
      <w:pPr>
        <w:spacing w:after="80"/>
        <w:ind w:firstLine="425"/>
        <w:rPr>
          <w:lang w:val="ru-RU"/>
        </w:rPr>
      </w:pPr>
      <w:r w:rsidRPr="00F42E2E">
        <w:rPr>
          <w:rFonts w:eastAsia="Calibri"/>
          <w:lang w:val="ru-RU"/>
        </w:rPr>
        <w:t>14.2. Применяются объявление благодарности, награждение грамотой или дипломом, благодарственное письмо родителям, представление к награде, размещение информации о достижении с соблюдением законодательства о персональных данных, а также иные моральные поощрения.</w:t>
      </w:r>
      <w:r w:rsidRPr="00F42E2E">
        <w:rPr>
          <w:rFonts w:eastAsia="Calibri"/>
          <w:color w:val="1F4D78"/>
          <w:sz w:val="21"/>
          <w:lang w:val="ru-RU"/>
        </w:rPr>
        <w:t xml:space="preserve"> [2, ст. 34; 6]</w:t>
      </w:r>
    </w:p>
    <w:p w:rsidR="009D3111" w:rsidRPr="00F42E2E" w:rsidRDefault="00D10209">
      <w:pPr>
        <w:spacing w:after="80"/>
        <w:ind w:firstLine="425"/>
        <w:rPr>
          <w:lang w:val="ru-RU"/>
        </w:rPr>
      </w:pPr>
      <w:r w:rsidRPr="00F42E2E">
        <w:rPr>
          <w:rFonts w:eastAsia="Calibri"/>
          <w:lang w:val="ru-RU"/>
        </w:rPr>
        <w:t>14.3. Основания и процедура поощрения должны быть прозрачными и недискриминационными. Поощрение не может зависеть от имущественного положения семьи, взглядов, состояния здоровья или иных обстоятельств, не связанных с достижением.</w:t>
      </w:r>
      <w:r w:rsidRPr="00F42E2E">
        <w:rPr>
          <w:rFonts w:eastAsia="Calibri"/>
          <w:color w:val="1F4D78"/>
          <w:sz w:val="21"/>
          <w:lang w:val="ru-RU"/>
        </w:rPr>
        <w:t xml:space="preserve"> [2, ст. 34; 6; 16]</w:t>
      </w:r>
    </w:p>
    <w:p w:rsidR="009D3111" w:rsidRPr="00F42E2E" w:rsidRDefault="00D10209">
      <w:pPr>
        <w:pStyle w:val="1"/>
        <w:rPr>
          <w:lang w:val="ru-RU"/>
        </w:rPr>
      </w:pPr>
      <w:r w:rsidRPr="00F42E2E">
        <w:rPr>
          <w:lang w:val="ru-RU"/>
        </w:rPr>
        <w:t>15. Меры педагогического воздействия</w:t>
      </w:r>
    </w:p>
    <w:p w:rsidR="009D3111" w:rsidRPr="00F42E2E" w:rsidRDefault="00D10209">
      <w:pPr>
        <w:spacing w:after="80"/>
        <w:ind w:firstLine="425"/>
        <w:rPr>
          <w:lang w:val="ru-RU"/>
        </w:rPr>
      </w:pPr>
      <w:r w:rsidRPr="00F42E2E">
        <w:rPr>
          <w:rFonts w:eastAsia="Calibri"/>
          <w:lang w:val="ru-RU"/>
        </w:rPr>
        <w:t>15.1. При нарушении Правил прежде всего применяются соразмерные меры педагогического воздействия, направленные на понимание последствий, прекращение нарушения, восстановление прав и предупреждение повторения.</w:t>
      </w:r>
      <w:r w:rsidRPr="00F42E2E">
        <w:rPr>
          <w:rFonts w:eastAsia="Calibri"/>
          <w:color w:val="1F4D78"/>
          <w:sz w:val="21"/>
          <w:lang w:val="ru-RU"/>
        </w:rPr>
        <w:t xml:space="preserve"> [2, ст. 43; 3; 4; 16]</w:t>
      </w:r>
    </w:p>
    <w:p w:rsidR="009D3111" w:rsidRPr="00F42E2E" w:rsidRDefault="00D10209">
      <w:pPr>
        <w:spacing w:after="80"/>
        <w:ind w:firstLine="425"/>
        <w:rPr>
          <w:lang w:val="ru-RU"/>
        </w:rPr>
      </w:pPr>
      <w:r w:rsidRPr="00F42E2E">
        <w:rPr>
          <w:rFonts w:eastAsia="Calibri"/>
          <w:lang w:val="ru-RU"/>
        </w:rPr>
        <w:t>15.2. К таким мерам относятся индивидуальная беседа, разъяснение требования, предложение добровольно устранить последствия или принести извинения, уведомление родителей, обсуждение с классным руководителем, педагогом-психологом или социальным педагогом, индивидуальный профилактический план, добровольная примирительная процедура и иные законные воспитательные меры.</w:t>
      </w:r>
      <w:r w:rsidRPr="00F42E2E">
        <w:rPr>
          <w:rFonts w:eastAsia="Calibri"/>
          <w:color w:val="1F4D78"/>
          <w:sz w:val="21"/>
          <w:lang w:val="ru-RU"/>
        </w:rPr>
        <w:t xml:space="preserve"> [2, ст. 43; 3; 4; 16]</w:t>
      </w:r>
    </w:p>
    <w:p w:rsidR="009D3111" w:rsidRPr="00F42E2E" w:rsidRDefault="00D10209">
      <w:pPr>
        <w:spacing w:after="80"/>
        <w:ind w:firstLine="425"/>
        <w:rPr>
          <w:lang w:val="ru-RU"/>
        </w:rPr>
      </w:pPr>
      <w:r w:rsidRPr="00F42E2E">
        <w:rPr>
          <w:rFonts w:eastAsia="Calibri"/>
          <w:lang w:val="ru-RU"/>
        </w:rPr>
        <w:lastRenderedPageBreak/>
        <w:t>15.3. Педагогические меры не являются дисциплинарным взысканием и не могут использоваться для обхода установленной дисциплинарной процедуры. Они не должны унижать достоинство, лишать питания, отдыха, медицинской помощи или доступа к занятиям, включать денежный штраф, трудовое наказание, коллективную ответственность либо снижение предметной отметки за поведение.</w:t>
      </w:r>
      <w:r w:rsidRPr="00F42E2E">
        <w:rPr>
          <w:rFonts w:eastAsia="Calibri"/>
          <w:color w:val="1F4D78"/>
          <w:sz w:val="21"/>
          <w:lang w:val="ru-RU"/>
        </w:rPr>
        <w:t xml:space="preserve"> [2, ч. 3–4 ст. 43; 3]</w:t>
      </w:r>
    </w:p>
    <w:p w:rsidR="009D3111" w:rsidRPr="00F42E2E" w:rsidRDefault="00D10209">
      <w:pPr>
        <w:pStyle w:val="1"/>
        <w:rPr>
          <w:lang w:val="ru-RU"/>
        </w:rPr>
      </w:pPr>
      <w:r w:rsidRPr="00F42E2E">
        <w:rPr>
          <w:lang w:val="ru-RU"/>
        </w:rPr>
        <w:t>16. Дисциплинарная ответственность</w:t>
      </w:r>
    </w:p>
    <w:p w:rsidR="009D3111" w:rsidRPr="00F42E2E" w:rsidRDefault="00D10209">
      <w:pPr>
        <w:spacing w:after="80"/>
        <w:ind w:firstLine="425"/>
        <w:rPr>
          <w:lang w:val="ru-RU"/>
        </w:rPr>
      </w:pPr>
      <w:r w:rsidRPr="00F42E2E">
        <w:rPr>
          <w:rFonts w:eastAsia="Calibri"/>
          <w:lang w:val="ru-RU"/>
        </w:rPr>
        <w:t>16.1. За неисполнение или нарушение устава, настоящих Правил, требований к дисциплине на учебных занятиях и правил поведения, а также иных локальных нормативных актов по вопросам организации и осуществления образовательной деятельности к обучающимся могут применяться только замечание, выговор или отчисление.</w:t>
      </w:r>
      <w:r w:rsidRPr="00F42E2E">
        <w:rPr>
          <w:rFonts w:eastAsia="Calibri"/>
          <w:color w:val="1F4D78"/>
          <w:sz w:val="21"/>
          <w:lang w:val="ru-RU"/>
        </w:rPr>
        <w:t xml:space="preserve"> [2, ч. 4 ст. 43; 12, п. 3]</w:t>
      </w:r>
    </w:p>
    <w:p w:rsidR="009D3111" w:rsidRPr="00F42E2E" w:rsidRDefault="00D10209">
      <w:pPr>
        <w:spacing w:after="80"/>
        <w:ind w:firstLine="425"/>
        <w:rPr>
          <w:lang w:val="ru-RU"/>
        </w:rPr>
      </w:pPr>
      <w:r w:rsidRPr="00F42E2E">
        <w:rPr>
          <w:rFonts w:eastAsia="Calibri"/>
          <w:lang w:val="ru-RU"/>
        </w:rPr>
        <w:t>16.2. Меры дисциплинарного взыскания не применяются к обучающимся по программам начального общего образования, а также к обучающимся с ограниченными возможностями здоровья с задержкой психического развития или нарушением интеллекта.</w:t>
      </w:r>
      <w:r w:rsidRPr="00F42E2E">
        <w:rPr>
          <w:rFonts w:eastAsia="Calibri"/>
          <w:color w:val="1F4D78"/>
          <w:sz w:val="21"/>
          <w:lang w:val="ru-RU"/>
        </w:rPr>
        <w:t xml:space="preserve"> [2, ч. 5 ст. 43; 12, п. 6]</w:t>
      </w:r>
    </w:p>
    <w:p w:rsidR="009D3111" w:rsidRPr="00F42E2E" w:rsidRDefault="00D10209">
      <w:pPr>
        <w:spacing w:after="80"/>
        <w:ind w:firstLine="425"/>
        <w:rPr>
          <w:lang w:val="ru-RU"/>
        </w:rPr>
      </w:pPr>
      <w:r w:rsidRPr="00F42E2E">
        <w:rPr>
          <w:rFonts w:eastAsia="Calibri"/>
          <w:lang w:val="ru-RU"/>
        </w:rPr>
        <w:t>16.3. Мера дисциплинарного взыскания не применяется во время болезни, каникул, академического отпуска, отпуска по беременности и родам или отпуска по уходу за ребенком.</w:t>
      </w:r>
      <w:r w:rsidRPr="00F42E2E">
        <w:rPr>
          <w:rFonts w:eastAsia="Calibri"/>
          <w:color w:val="1F4D78"/>
          <w:sz w:val="21"/>
          <w:lang w:val="ru-RU"/>
        </w:rPr>
        <w:t xml:space="preserve"> [2, ч. 6 ст. 43; 12, п. 7]</w:t>
      </w:r>
    </w:p>
    <w:p w:rsidR="009D3111" w:rsidRPr="00F42E2E" w:rsidRDefault="00D10209">
      <w:pPr>
        <w:spacing w:after="80"/>
        <w:ind w:firstLine="425"/>
        <w:rPr>
          <w:lang w:val="ru-RU"/>
        </w:rPr>
      </w:pPr>
      <w:r w:rsidRPr="00F42E2E">
        <w:rPr>
          <w:rFonts w:eastAsia="Calibri"/>
          <w:lang w:val="ru-RU"/>
        </w:rPr>
        <w:t>16.4. За один дисциплинарный проступок применяется одна мера дисциплинарного взыскания. При выборе учитываются тяжесть проступка, причины и обстоятельства, предыдущее поведение, психофизическое и эмоциональное состояние, возраст, принятые педагогические меры и мнение представительных органов.</w:t>
      </w:r>
      <w:r w:rsidRPr="00F42E2E">
        <w:rPr>
          <w:rFonts w:eastAsia="Calibri"/>
          <w:color w:val="1F4D78"/>
          <w:sz w:val="21"/>
          <w:lang w:val="ru-RU"/>
        </w:rPr>
        <w:t xml:space="preserve"> [2, ч. 7 ст. 43; 12, п. 5, 11]</w:t>
      </w:r>
    </w:p>
    <w:p w:rsidR="009D3111" w:rsidRPr="00F42E2E" w:rsidRDefault="00D10209">
      <w:pPr>
        <w:spacing w:after="80"/>
        <w:ind w:firstLine="425"/>
        <w:rPr>
          <w:lang w:val="ru-RU"/>
        </w:rPr>
      </w:pPr>
      <w:r w:rsidRPr="00F42E2E">
        <w:rPr>
          <w:rFonts w:eastAsia="Calibri"/>
          <w:lang w:val="ru-RU"/>
        </w:rPr>
        <w:t>16.5. До применения взыскания Школа направляет обучающемуся письменное или электронное уведомление о предоставлении письменного объяснения. Обучающийся вправе представить объяснение и подтверждающие уважительную причину документы в течение трех рабочих дней со дня получения уведомления.</w:t>
      </w:r>
      <w:r w:rsidRPr="00F42E2E">
        <w:rPr>
          <w:rFonts w:eastAsia="Calibri"/>
          <w:color w:val="1F4D78"/>
          <w:sz w:val="21"/>
          <w:lang w:val="ru-RU"/>
        </w:rPr>
        <w:t xml:space="preserve"> [12, п. 8]</w:t>
      </w:r>
    </w:p>
    <w:p w:rsidR="009D3111" w:rsidRPr="00F42E2E" w:rsidRDefault="00D10209">
      <w:pPr>
        <w:spacing w:after="80"/>
        <w:ind w:firstLine="425"/>
        <w:rPr>
          <w:lang w:val="ru-RU"/>
        </w:rPr>
      </w:pPr>
      <w:r w:rsidRPr="00F42E2E">
        <w:rPr>
          <w:rFonts w:eastAsia="Calibri"/>
          <w:lang w:val="ru-RU"/>
        </w:rPr>
        <w:t>16.6. Если объяснение не представлено в срок, составляется акт. Отказ или непредставление объяснения не препятствует дальнейшему рассмотрению, но не освобождает Школу от обязанности объективно установить обстоятельства и оценить имеющиеся данные.</w:t>
      </w:r>
      <w:r w:rsidRPr="00F42E2E">
        <w:rPr>
          <w:rFonts w:eastAsia="Calibri"/>
          <w:color w:val="1F4D78"/>
          <w:sz w:val="21"/>
          <w:lang w:val="ru-RU"/>
        </w:rPr>
        <w:t xml:space="preserve"> [12, п. 9]</w:t>
      </w:r>
    </w:p>
    <w:p w:rsidR="009D3111" w:rsidRPr="00F42E2E" w:rsidRDefault="00D10209">
      <w:pPr>
        <w:spacing w:after="80"/>
        <w:ind w:firstLine="425"/>
        <w:rPr>
          <w:lang w:val="ru-RU"/>
        </w:rPr>
      </w:pPr>
      <w:r w:rsidRPr="00F42E2E">
        <w:rPr>
          <w:rFonts w:eastAsia="Calibri"/>
          <w:lang w:val="ru-RU"/>
        </w:rPr>
        <w:t xml:space="preserve">16.7. До издания приказа проект приказа и копии относящихся к делу документов направляются в совет обучающихся и совет родителей. Они рассматривают материалы в течение семи учебных дней и направляют мотивированное письменное мнение. Мнение, не представленное в срок, может не учитываться. При несогласии проводятся дополнительные консультации в порядке приказа </w:t>
      </w:r>
      <w:proofErr w:type="spellStart"/>
      <w:r w:rsidRPr="00F42E2E">
        <w:rPr>
          <w:rFonts w:eastAsia="Calibri"/>
          <w:lang w:val="ru-RU"/>
        </w:rPr>
        <w:t>Минпросвещения</w:t>
      </w:r>
      <w:proofErr w:type="spellEnd"/>
      <w:r w:rsidRPr="00F42E2E">
        <w:rPr>
          <w:rFonts w:eastAsia="Calibri"/>
          <w:lang w:val="ru-RU"/>
        </w:rPr>
        <w:t xml:space="preserve"> России № 243.</w:t>
      </w:r>
      <w:r w:rsidRPr="00F42E2E">
        <w:rPr>
          <w:rFonts w:eastAsia="Calibri"/>
          <w:color w:val="1F4D78"/>
          <w:sz w:val="21"/>
          <w:lang w:val="ru-RU"/>
        </w:rPr>
        <w:t xml:space="preserve"> [2, ч. 7 ст. 43; 12, п. 11–13]</w:t>
      </w:r>
    </w:p>
    <w:p w:rsidR="009D3111" w:rsidRPr="00F42E2E" w:rsidRDefault="00D10209">
      <w:pPr>
        <w:spacing w:after="80"/>
        <w:ind w:firstLine="425"/>
        <w:rPr>
          <w:lang w:val="ru-RU"/>
        </w:rPr>
      </w:pPr>
      <w:r w:rsidRPr="00F42E2E">
        <w:rPr>
          <w:rFonts w:eastAsia="Calibri"/>
          <w:lang w:val="ru-RU"/>
        </w:rPr>
        <w:t>16.8. Взыскание применяется не позднее одного месяца со дня обнаружения проступка и не позднее шести месяцев со дня его совершения, без учета периодов отсутствия обучающегося, указанных в пункте 16.3, и времени, необходимого для учета мнения представительных органов.</w:t>
      </w:r>
      <w:r w:rsidRPr="00F42E2E">
        <w:rPr>
          <w:rFonts w:eastAsia="Calibri"/>
          <w:color w:val="1F4D78"/>
          <w:sz w:val="21"/>
          <w:lang w:val="ru-RU"/>
        </w:rPr>
        <w:t xml:space="preserve"> [12, п. 10]</w:t>
      </w:r>
    </w:p>
    <w:p w:rsidR="009D3111" w:rsidRPr="00F42E2E" w:rsidRDefault="00D10209">
      <w:pPr>
        <w:spacing w:after="80"/>
        <w:ind w:firstLine="425"/>
        <w:rPr>
          <w:lang w:val="ru-RU"/>
        </w:rPr>
      </w:pPr>
      <w:r w:rsidRPr="00F42E2E">
        <w:rPr>
          <w:rFonts w:eastAsia="Calibri"/>
          <w:lang w:val="ru-RU"/>
        </w:rPr>
        <w:t>16.9. Применение взыскания оформляется приказом директора или иного уполномоченного лица. Приказ доводится до обучающегося и родителей несовершеннолетнего обучающегося в течение трех учебных дней со дня издания, не считая времени отсутствия обучающегося, лично под подпись либо предусмотренным Порядком электронным способом. Отказ от личного ознакомления оформляется актом.</w:t>
      </w:r>
      <w:r w:rsidRPr="00F42E2E">
        <w:rPr>
          <w:rFonts w:eastAsia="Calibri"/>
          <w:color w:val="1F4D78"/>
          <w:sz w:val="21"/>
          <w:lang w:val="ru-RU"/>
        </w:rPr>
        <w:t xml:space="preserve"> [12, п. 14]</w:t>
      </w:r>
    </w:p>
    <w:p w:rsidR="009D3111" w:rsidRPr="00F42E2E" w:rsidRDefault="00D10209">
      <w:pPr>
        <w:spacing w:after="80"/>
        <w:ind w:firstLine="425"/>
        <w:rPr>
          <w:lang w:val="ru-RU"/>
        </w:rPr>
      </w:pPr>
      <w:r w:rsidRPr="00F42E2E">
        <w:rPr>
          <w:rFonts w:eastAsia="Calibri"/>
          <w:lang w:val="ru-RU"/>
        </w:rPr>
        <w:t>16.10. Отчисление несовершеннолетнего обучающегося, достигшего пятнадцати лет, допускается только за неоднократные дисциплинарные проступки, если иные меры и педагогическое воздействие не дали результата и дальнейшее пребывание отрицательно влияет на других, нарушает их права или права работников либо нормальное функционирование Школы.</w:t>
      </w:r>
      <w:r w:rsidRPr="00F42E2E">
        <w:rPr>
          <w:rFonts w:eastAsia="Calibri"/>
          <w:color w:val="1F4D78"/>
          <w:sz w:val="21"/>
          <w:lang w:val="ru-RU"/>
        </w:rPr>
        <w:t xml:space="preserve"> [2, ч. 8 ст. 43; 12, п. 15]</w:t>
      </w:r>
    </w:p>
    <w:p w:rsidR="009D3111" w:rsidRPr="00F42E2E" w:rsidRDefault="00D10209">
      <w:pPr>
        <w:spacing w:after="80"/>
        <w:ind w:firstLine="425"/>
        <w:rPr>
          <w:lang w:val="ru-RU"/>
        </w:rPr>
      </w:pPr>
      <w:r w:rsidRPr="00F42E2E">
        <w:rPr>
          <w:rFonts w:eastAsia="Calibri"/>
          <w:lang w:val="ru-RU"/>
        </w:rPr>
        <w:lastRenderedPageBreak/>
        <w:t>16.11. Отчисление несовершеннолетнего, не получившего основного общего образования, осуществляется с учетом мнения родителей и с согласия комиссии по делам несовершеннолетних и защите их прав; для детей-сирот и детей, оставшихся без попечения родителей, требуется также согласие органа опеки и попечительства. Школа незамедлительно информирует орган местного самоуправления, осуществляющий управление в сфере образования.</w:t>
      </w:r>
      <w:r w:rsidRPr="00F42E2E">
        <w:rPr>
          <w:rFonts w:eastAsia="Calibri"/>
          <w:color w:val="1F4D78"/>
          <w:sz w:val="21"/>
          <w:lang w:val="ru-RU"/>
        </w:rPr>
        <w:t xml:space="preserve"> [2, ч. 9–10 ст. 43; 12, п. 16]</w:t>
      </w:r>
    </w:p>
    <w:p w:rsidR="009D3111" w:rsidRPr="00F42E2E" w:rsidRDefault="00D10209">
      <w:pPr>
        <w:spacing w:after="80"/>
        <w:ind w:firstLine="425"/>
        <w:rPr>
          <w:lang w:val="ru-RU"/>
        </w:rPr>
      </w:pPr>
      <w:r w:rsidRPr="00F42E2E">
        <w:rPr>
          <w:rFonts w:eastAsia="Calibri"/>
          <w:lang w:val="ru-RU"/>
        </w:rPr>
        <w:t>16.12. Обучающийся и родители вправе обжаловать взыскание и порядок его применения в комиссию по урегулированию споров и в ином установленном законом порядке.</w:t>
      </w:r>
      <w:r w:rsidRPr="00F42E2E">
        <w:rPr>
          <w:rFonts w:eastAsia="Calibri"/>
          <w:color w:val="1F4D78"/>
          <w:sz w:val="21"/>
          <w:lang w:val="ru-RU"/>
        </w:rPr>
        <w:t xml:space="preserve"> [2, ч. 11 ст. 43, ст. 45; 12, п. 17]</w:t>
      </w:r>
    </w:p>
    <w:p w:rsidR="009D3111" w:rsidRPr="00F42E2E" w:rsidRDefault="00D10209">
      <w:pPr>
        <w:spacing w:after="80"/>
        <w:ind w:firstLine="425"/>
        <w:rPr>
          <w:lang w:val="ru-RU"/>
        </w:rPr>
      </w:pPr>
      <w:r w:rsidRPr="00F42E2E">
        <w:rPr>
          <w:rFonts w:eastAsia="Calibri"/>
          <w:lang w:val="ru-RU"/>
        </w:rPr>
        <w:t>16.13. Если в течение года со дня применения взыскания новое взыскание не применено, обучающийся считается не имеющим взыскания. До истечения года директор или уполномоченное лицо вправе снять взыскание по собственной инициативе, просьбе обучающегося или родителей, ходатайству совета обучающихся, совета родителей или иного предусмотренного законом органа.</w:t>
      </w:r>
      <w:r w:rsidRPr="00F42E2E">
        <w:rPr>
          <w:rFonts w:eastAsia="Calibri"/>
          <w:color w:val="1F4D78"/>
          <w:sz w:val="21"/>
          <w:lang w:val="ru-RU"/>
        </w:rPr>
        <w:t xml:space="preserve"> [2, ст. 43; 12, п. 18]</w:t>
      </w:r>
    </w:p>
    <w:p w:rsidR="009D3111" w:rsidRPr="00F42E2E" w:rsidRDefault="00D10209">
      <w:pPr>
        <w:spacing w:after="80"/>
        <w:ind w:firstLine="425"/>
        <w:rPr>
          <w:lang w:val="ru-RU"/>
        </w:rPr>
      </w:pPr>
      <w:r w:rsidRPr="00F42E2E">
        <w:rPr>
          <w:rFonts w:eastAsia="Calibri"/>
          <w:lang w:val="ru-RU"/>
        </w:rPr>
        <w:t>16.14. Денежные штрафы, коллективное наказание, общественное унижение, лишение питания, отдыха или медицинской помощи, труд как наказание, снижение отметки за поведение, произвольное изъятие имущества, длительное удаление с занятий и иные не предусмотренные законом взыскания запрещены.</w:t>
      </w:r>
      <w:r w:rsidRPr="00F42E2E">
        <w:rPr>
          <w:rFonts w:eastAsia="Calibri"/>
          <w:color w:val="1F4D78"/>
          <w:sz w:val="21"/>
          <w:lang w:val="ru-RU"/>
        </w:rPr>
        <w:t xml:space="preserve"> [2, ч. 3–4 ст. 43; 3]</w:t>
      </w:r>
    </w:p>
    <w:p w:rsidR="009D3111" w:rsidRPr="00F42E2E" w:rsidRDefault="00D10209">
      <w:pPr>
        <w:pStyle w:val="1"/>
        <w:rPr>
          <w:lang w:val="ru-RU"/>
        </w:rPr>
      </w:pPr>
      <w:r w:rsidRPr="00F42E2E">
        <w:rPr>
          <w:lang w:val="ru-RU"/>
        </w:rPr>
        <w:t>17. Защита прав обучающихся</w:t>
      </w:r>
    </w:p>
    <w:p w:rsidR="009D3111" w:rsidRPr="00F42E2E" w:rsidRDefault="00D10209">
      <w:pPr>
        <w:spacing w:after="80"/>
        <w:ind w:firstLine="425"/>
        <w:rPr>
          <w:lang w:val="ru-RU"/>
        </w:rPr>
      </w:pPr>
      <w:r w:rsidRPr="00F42E2E">
        <w:rPr>
          <w:rFonts w:eastAsia="Calibri"/>
          <w:lang w:val="ru-RU"/>
        </w:rPr>
        <w:t xml:space="preserve">17.1. Обучающийся вправе устно, письменно или </w:t>
      </w:r>
      <w:proofErr w:type="spellStart"/>
      <w:r w:rsidRPr="00F42E2E">
        <w:rPr>
          <w:rFonts w:eastAsia="Calibri"/>
          <w:lang w:val="ru-RU"/>
        </w:rPr>
        <w:t>электронно</w:t>
      </w:r>
      <w:proofErr w:type="spellEnd"/>
      <w:r w:rsidRPr="00F42E2E">
        <w:rPr>
          <w:rFonts w:eastAsia="Calibri"/>
          <w:lang w:val="ru-RU"/>
        </w:rPr>
        <w:t xml:space="preserve"> обратиться к учителю, классному руководителю, администрации, педагогу-психологу, социальному педагогу, советнику директора, в комиссию по урегулированию споров, к учредителю или в уполномоченный государственный орган.</w:t>
      </w:r>
      <w:r w:rsidRPr="00F42E2E">
        <w:rPr>
          <w:rFonts w:eastAsia="Calibri"/>
          <w:color w:val="1F4D78"/>
          <w:sz w:val="21"/>
          <w:lang w:val="ru-RU"/>
        </w:rPr>
        <w:t xml:space="preserve"> [2, ст. 30, 45; 3; 6; 16]</w:t>
      </w:r>
    </w:p>
    <w:p w:rsidR="009D3111" w:rsidRPr="00F42E2E" w:rsidRDefault="00D10209">
      <w:pPr>
        <w:spacing w:after="80"/>
        <w:ind w:firstLine="425"/>
        <w:rPr>
          <w:lang w:val="ru-RU"/>
        </w:rPr>
      </w:pPr>
      <w:r w:rsidRPr="00F42E2E">
        <w:rPr>
          <w:rFonts w:eastAsia="Calibri"/>
          <w:lang w:val="ru-RU"/>
        </w:rPr>
        <w:t>17.2. Обращение рассматривается в срок, установленный применимым законодательством и локальным актом Школы. Вопрос, связанный с непосредственной угрозой жизни, здоровью или продолжающимся насилием, рассматривается незамедлительно.</w:t>
      </w:r>
      <w:r w:rsidRPr="00F42E2E">
        <w:rPr>
          <w:rFonts w:eastAsia="Calibri"/>
          <w:color w:val="1F4D78"/>
          <w:sz w:val="21"/>
          <w:lang w:val="ru-RU"/>
        </w:rPr>
        <w:t xml:space="preserve"> [2, ст. 30, 45; 3; 6; 16]</w:t>
      </w:r>
    </w:p>
    <w:p w:rsidR="009D3111" w:rsidRPr="00F42E2E" w:rsidRDefault="00D10209">
      <w:pPr>
        <w:spacing w:after="80"/>
        <w:ind w:firstLine="425"/>
        <w:rPr>
          <w:lang w:val="ru-RU"/>
        </w:rPr>
      </w:pPr>
      <w:r w:rsidRPr="00F42E2E">
        <w:rPr>
          <w:rFonts w:eastAsia="Calibri"/>
          <w:lang w:val="ru-RU"/>
        </w:rPr>
        <w:t>17.3. Добросовестное обращение не может служить основанием для преследования, ухудшения отношения, снижения отметок или иных неблагоприятных последствий.</w:t>
      </w:r>
      <w:r w:rsidRPr="00F42E2E">
        <w:rPr>
          <w:rFonts w:eastAsia="Calibri"/>
          <w:color w:val="1F4D78"/>
          <w:sz w:val="21"/>
          <w:lang w:val="ru-RU"/>
        </w:rPr>
        <w:t xml:space="preserve"> [2, ст. 30, 45; 3; 6; 16]</w:t>
      </w:r>
    </w:p>
    <w:p w:rsidR="009D3111" w:rsidRPr="00F42E2E" w:rsidRDefault="00D10209">
      <w:pPr>
        <w:spacing w:after="80"/>
        <w:ind w:firstLine="425"/>
        <w:rPr>
          <w:lang w:val="ru-RU"/>
        </w:rPr>
      </w:pPr>
      <w:r w:rsidRPr="00F42E2E">
        <w:rPr>
          <w:rFonts w:eastAsia="Calibri"/>
          <w:lang w:val="ru-RU"/>
        </w:rPr>
        <w:t>17.4. При рассмотрении обеспечиваются право быть выслушанным, участие родителей несовершеннолетнего, конфиденциальность и защита персональных данных в пределах закона, а также меры безопасности при конфликте.</w:t>
      </w:r>
      <w:r w:rsidRPr="00F42E2E">
        <w:rPr>
          <w:rFonts w:eastAsia="Calibri"/>
          <w:color w:val="1F4D78"/>
          <w:sz w:val="21"/>
          <w:lang w:val="ru-RU"/>
        </w:rPr>
        <w:t xml:space="preserve"> [2, ст. 30, 45; 3; 6; 16]</w:t>
      </w:r>
    </w:p>
    <w:p w:rsidR="009D3111" w:rsidRPr="00F42E2E" w:rsidRDefault="00D10209">
      <w:pPr>
        <w:spacing w:after="80"/>
        <w:ind w:firstLine="425"/>
        <w:rPr>
          <w:lang w:val="ru-RU"/>
        </w:rPr>
      </w:pPr>
      <w:r w:rsidRPr="00F42E2E">
        <w:rPr>
          <w:rFonts w:eastAsia="Calibri"/>
          <w:lang w:val="ru-RU"/>
        </w:rPr>
        <w:t>17.5. Комиссия по урегулированию споров действует на основании отдельного положения. Ее решение обязательно для участников образовательных отношений в Школе и может быть обжаловано в установленном законом порядке.</w:t>
      </w:r>
      <w:r w:rsidRPr="00F42E2E">
        <w:rPr>
          <w:rFonts w:eastAsia="Calibri"/>
          <w:color w:val="1F4D78"/>
          <w:sz w:val="21"/>
          <w:lang w:val="ru-RU"/>
        </w:rPr>
        <w:t xml:space="preserve"> [2, ст. 45; 16]</w:t>
      </w:r>
    </w:p>
    <w:p w:rsidR="009D3111" w:rsidRPr="00F42E2E" w:rsidRDefault="00D10209">
      <w:pPr>
        <w:pStyle w:val="1"/>
        <w:rPr>
          <w:lang w:val="ru-RU"/>
        </w:rPr>
      </w:pPr>
      <w:r w:rsidRPr="00F42E2E">
        <w:rPr>
          <w:lang w:val="ru-RU"/>
        </w:rPr>
        <w:t>18. Заключительные положения</w:t>
      </w:r>
    </w:p>
    <w:p w:rsidR="009D3111" w:rsidRPr="00F42E2E" w:rsidRDefault="00D10209">
      <w:pPr>
        <w:spacing w:after="80"/>
        <w:ind w:firstLine="425"/>
        <w:rPr>
          <w:lang w:val="ru-RU"/>
        </w:rPr>
      </w:pPr>
      <w:r w:rsidRPr="00F42E2E">
        <w:rPr>
          <w:rFonts w:eastAsia="Calibri"/>
          <w:lang w:val="ru-RU"/>
        </w:rPr>
        <w:t>18.1. Правила принимаются в пределах компетенции Школы в порядке, установленном уставом. При их принятии и изменении учитывается мнение совета обучающихся и совета родителей, а при наличии предусмотренных законом оснований — иных представительных органов.</w:t>
      </w:r>
      <w:r w:rsidRPr="00F42E2E">
        <w:rPr>
          <w:rFonts w:eastAsia="Calibri"/>
          <w:color w:val="1F4D78"/>
          <w:sz w:val="21"/>
          <w:lang w:val="ru-RU"/>
        </w:rPr>
        <w:t xml:space="preserve"> [2, ч. 3 ст. 30; 16]</w:t>
      </w:r>
    </w:p>
    <w:p w:rsidR="009D3111" w:rsidRPr="00F42E2E" w:rsidRDefault="00D10209">
      <w:pPr>
        <w:spacing w:after="80"/>
        <w:ind w:firstLine="425"/>
        <w:rPr>
          <w:lang w:val="ru-RU"/>
        </w:rPr>
      </w:pPr>
      <w:r w:rsidRPr="00F42E2E">
        <w:rPr>
          <w:rFonts w:eastAsia="Calibri"/>
          <w:lang w:val="ru-RU"/>
        </w:rPr>
        <w:t>18.2. Правила утверждаются приказом директора и вступают в силу с 1 сентября 2026 года, если приказом не установлена более поздняя дата.</w:t>
      </w:r>
      <w:r w:rsidRPr="00F42E2E">
        <w:rPr>
          <w:rFonts w:eastAsia="Calibri"/>
          <w:color w:val="1F4D78"/>
          <w:sz w:val="21"/>
          <w:lang w:val="ru-RU"/>
        </w:rPr>
        <w:t xml:space="preserve"> [2, ст. 28, 30; 16]</w:t>
      </w:r>
    </w:p>
    <w:p w:rsidR="009D3111" w:rsidRPr="00F42E2E" w:rsidRDefault="00D10209">
      <w:pPr>
        <w:spacing w:after="80"/>
        <w:ind w:firstLine="425"/>
        <w:rPr>
          <w:lang w:val="ru-RU"/>
        </w:rPr>
      </w:pPr>
      <w:r w:rsidRPr="00F42E2E">
        <w:rPr>
          <w:rFonts w:eastAsia="Calibri"/>
          <w:lang w:val="ru-RU"/>
        </w:rPr>
        <w:t>18.3. Текст размещается на официальном сайте Школы и доступен на информационном стенде. Обучающиеся и родители знакомятся с ним в порядке пункта 1.7.</w:t>
      </w:r>
      <w:r w:rsidRPr="00F42E2E">
        <w:rPr>
          <w:rFonts w:eastAsia="Calibri"/>
          <w:color w:val="1F4D78"/>
          <w:sz w:val="21"/>
          <w:lang w:val="ru-RU"/>
        </w:rPr>
        <w:t xml:space="preserve"> [2, ст. 28, 30; 16]</w:t>
      </w:r>
    </w:p>
    <w:p w:rsidR="009D3111" w:rsidRPr="00F42E2E" w:rsidRDefault="00D10209">
      <w:pPr>
        <w:spacing w:after="80"/>
        <w:ind w:firstLine="425"/>
        <w:rPr>
          <w:lang w:val="ru-RU"/>
        </w:rPr>
      </w:pPr>
      <w:r w:rsidRPr="00F42E2E">
        <w:rPr>
          <w:rFonts w:eastAsia="Calibri"/>
          <w:lang w:val="ru-RU"/>
        </w:rPr>
        <w:t>18.4. Правила пересматриваются при изменении законодательства, устава или условий деятельности Школы, а также по результатам правоприменения, но не реже одного раза в три года проводится проверка их актуальности.</w:t>
      </w:r>
      <w:r w:rsidRPr="00F42E2E">
        <w:rPr>
          <w:rFonts w:eastAsia="Calibri"/>
          <w:color w:val="1F4D78"/>
          <w:sz w:val="21"/>
          <w:lang w:val="ru-RU"/>
        </w:rPr>
        <w:t xml:space="preserve"> [2, ст. 28, 30; 16]</w:t>
      </w:r>
    </w:p>
    <w:p w:rsidR="009D3111" w:rsidRPr="00F42E2E" w:rsidRDefault="00D10209">
      <w:pPr>
        <w:spacing w:after="80"/>
        <w:ind w:firstLine="425"/>
        <w:rPr>
          <w:lang w:val="ru-RU"/>
        </w:rPr>
      </w:pPr>
      <w:r w:rsidRPr="00F42E2E">
        <w:rPr>
          <w:rFonts w:eastAsia="Calibri"/>
          <w:lang w:val="ru-RU"/>
        </w:rPr>
        <w:lastRenderedPageBreak/>
        <w:t>18.5. Положения, ухудшающие положение обучающихся по сравнению с законом или принятые с нарушением установленного порядка, не применяются и подлежат отмене.</w:t>
      </w:r>
      <w:r w:rsidRPr="00F42E2E">
        <w:rPr>
          <w:rFonts w:eastAsia="Calibri"/>
          <w:color w:val="1F4D78"/>
          <w:sz w:val="21"/>
          <w:lang w:val="ru-RU"/>
        </w:rPr>
        <w:t xml:space="preserve"> [2, ч. 4 ст. 30]</w:t>
      </w:r>
    </w:p>
    <w:p w:rsidR="009D3111" w:rsidRPr="00F42E2E" w:rsidRDefault="00D10209">
      <w:pPr>
        <w:spacing w:after="80"/>
        <w:ind w:firstLine="425"/>
        <w:rPr>
          <w:lang w:val="ru-RU"/>
        </w:rPr>
      </w:pPr>
      <w:r w:rsidRPr="00F42E2E">
        <w:rPr>
          <w:rFonts w:eastAsia="Calibri"/>
          <w:lang w:val="ru-RU"/>
        </w:rPr>
        <w:t xml:space="preserve">18.6. Со дня вступления Правил в силу прежние Правила, утвержденные приказом от </w:t>
      </w:r>
      <w:r w:rsidR="00743F46" w:rsidRPr="00743F46">
        <w:rPr>
          <w:rFonts w:eastAsia="Calibri"/>
          <w:color w:val="FF0000"/>
          <w:lang w:val="ru-RU"/>
        </w:rPr>
        <w:t>26.08 2026г</w:t>
      </w:r>
      <w:r w:rsidRPr="00743F46">
        <w:rPr>
          <w:rFonts w:eastAsia="Calibri"/>
          <w:color w:val="FF0000"/>
          <w:lang w:val="ru-RU"/>
        </w:rPr>
        <w:t xml:space="preserve"> </w:t>
      </w:r>
      <w:r w:rsidRPr="00F42E2E">
        <w:rPr>
          <w:rFonts w:eastAsia="Calibri"/>
          <w:lang w:val="ru-RU"/>
        </w:rPr>
        <w:t>№ [номер], признаются утратившими силу.</w:t>
      </w:r>
      <w:r w:rsidRPr="00F42E2E">
        <w:rPr>
          <w:rFonts w:eastAsia="Calibri"/>
          <w:color w:val="1F4D78"/>
          <w:sz w:val="21"/>
          <w:lang w:val="ru-RU"/>
        </w:rPr>
        <w:t xml:space="preserve"> [2, ст. 28, 30; 16]</w:t>
      </w:r>
    </w:p>
    <w:p w:rsidR="00F42E2E" w:rsidRPr="0034430F" w:rsidRDefault="00F42E2E" w:rsidP="00F42E2E">
      <w:pPr>
        <w:spacing w:after="0"/>
        <w:jc w:val="left"/>
        <w:rPr>
          <w:rFonts w:ascii="Times New Roman" w:hAnsi="Times New Roman" w:cs="Times New Roman"/>
          <w:sz w:val="20"/>
          <w:szCs w:val="20"/>
          <w:lang w:val="ru-RU"/>
        </w:rPr>
      </w:pPr>
      <w:proofErr w:type="gramStart"/>
      <w:r w:rsidRPr="0034430F">
        <w:rPr>
          <w:rFonts w:ascii="Times New Roman" w:hAnsi="Times New Roman" w:cs="Times New Roman"/>
          <w:sz w:val="20"/>
          <w:szCs w:val="20"/>
          <w:lang w:val="ru-RU"/>
        </w:rPr>
        <w:t>разработан</w:t>
      </w:r>
      <w:proofErr w:type="gramEnd"/>
      <w:r w:rsidRPr="0034430F">
        <w:rPr>
          <w:rFonts w:ascii="Times New Roman" w:hAnsi="Times New Roman" w:cs="Times New Roman"/>
          <w:sz w:val="20"/>
          <w:szCs w:val="20"/>
          <w:lang w:val="ru-RU"/>
        </w:rPr>
        <w:t xml:space="preserve"> </w:t>
      </w:r>
      <w:r w:rsidRPr="0034430F">
        <w:rPr>
          <w:rFonts w:ascii="Times New Roman" w:hAnsi="Times New Roman" w:cs="Times New Roman"/>
          <w:color w:val="000000"/>
          <w:sz w:val="20"/>
          <w:szCs w:val="20"/>
          <w:shd w:val="clear" w:color="auto" w:fill="FFFFFF"/>
          <w:lang w:val="ru-RU"/>
        </w:rPr>
        <w:t xml:space="preserve">группой </w:t>
      </w:r>
      <w:r w:rsidRPr="0034430F">
        <w:rPr>
          <w:rFonts w:ascii="Times New Roman" w:hAnsi="Times New Roman" w:cs="Times New Roman"/>
          <w:color w:val="000000"/>
          <w:sz w:val="20"/>
          <w:szCs w:val="20"/>
          <w:shd w:val="clear" w:color="auto" w:fill="FFFFFF"/>
          <w:lang w:val="ru-RU"/>
        </w:rPr>
        <w:br/>
      </w:r>
      <w:r w:rsidR="0034430F" w:rsidRPr="0034430F">
        <w:rPr>
          <w:color w:val="000000"/>
          <w:sz w:val="20"/>
          <w:szCs w:val="20"/>
          <w:shd w:val="clear" w:color="auto" w:fill="FFFFFF"/>
          <w:lang w:val="ru-RU"/>
        </w:rPr>
        <w:t xml:space="preserve">Директор , </w:t>
      </w:r>
      <w:proofErr w:type="spellStart"/>
      <w:r w:rsidR="00743F46" w:rsidRPr="0034430F">
        <w:rPr>
          <w:color w:val="000000"/>
          <w:sz w:val="20"/>
          <w:szCs w:val="20"/>
          <w:shd w:val="clear" w:color="auto" w:fill="FFFFFF"/>
          <w:lang w:val="ru-RU"/>
        </w:rPr>
        <w:t>методист</w:t>
      </w:r>
      <w:r w:rsidR="0034430F" w:rsidRPr="0034430F">
        <w:rPr>
          <w:color w:val="000000"/>
          <w:sz w:val="20"/>
          <w:szCs w:val="20"/>
          <w:shd w:val="clear" w:color="auto" w:fill="FFFFFF"/>
          <w:lang w:val="ru-RU"/>
        </w:rPr>
        <w:t>зам.директора</w:t>
      </w:r>
      <w:proofErr w:type="spellEnd"/>
      <w:r w:rsidR="0034430F" w:rsidRPr="0034430F">
        <w:rPr>
          <w:color w:val="000000"/>
          <w:sz w:val="20"/>
          <w:szCs w:val="20"/>
          <w:shd w:val="clear" w:color="auto" w:fill="FFFFFF"/>
          <w:lang w:val="ru-RU"/>
        </w:rPr>
        <w:t xml:space="preserve"> по ВР,</w:t>
      </w:r>
      <w:r w:rsidR="00743F46" w:rsidRPr="0034430F">
        <w:rPr>
          <w:color w:val="000000"/>
          <w:sz w:val="20"/>
          <w:szCs w:val="20"/>
          <w:shd w:val="clear" w:color="auto" w:fill="FFFFFF"/>
          <w:lang w:val="ru-RU"/>
        </w:rPr>
        <w:t xml:space="preserve"> </w:t>
      </w:r>
      <w:r w:rsidRPr="0034430F">
        <w:rPr>
          <w:color w:val="000000"/>
          <w:sz w:val="20"/>
          <w:szCs w:val="20"/>
          <w:shd w:val="clear" w:color="auto" w:fill="FFFFFF"/>
          <w:lang w:val="ru-RU"/>
        </w:rPr>
        <w:t>Советник</w:t>
      </w:r>
      <w:r w:rsidRPr="0034430F">
        <w:rPr>
          <w:color w:val="000000"/>
          <w:sz w:val="20"/>
          <w:szCs w:val="20"/>
          <w:shd w:val="clear" w:color="auto" w:fill="FFFFFF"/>
        </w:rPr>
        <w:t> </w:t>
      </w:r>
      <w:r w:rsidR="00743F46" w:rsidRPr="0034430F">
        <w:rPr>
          <w:color w:val="000000"/>
          <w:sz w:val="20"/>
          <w:szCs w:val="20"/>
          <w:shd w:val="clear" w:color="auto" w:fill="FFFFFF"/>
          <w:lang w:val="ru-RU"/>
        </w:rPr>
        <w:t xml:space="preserve">директора </w:t>
      </w:r>
      <w:r w:rsidRPr="0034430F">
        <w:rPr>
          <w:color w:val="000000"/>
          <w:sz w:val="20"/>
          <w:szCs w:val="20"/>
          <w:shd w:val="clear" w:color="auto" w:fill="FFFFFF"/>
          <w:lang w:val="ru-RU"/>
        </w:rPr>
        <w:br/>
      </w:r>
    </w:p>
    <w:p w:rsidR="00F42E2E" w:rsidRDefault="00F42E2E" w:rsidP="00F42E2E">
      <w:pPr>
        <w:jc w:val="left"/>
        <w:rPr>
          <w:lang w:val="ru-RU"/>
        </w:rPr>
      </w:pPr>
    </w:p>
    <w:p w:rsidR="00F42E2E" w:rsidRDefault="00F42E2E" w:rsidP="00F42E2E">
      <w:pPr>
        <w:jc w:val="left"/>
        <w:rPr>
          <w:lang w:val="ru-RU"/>
        </w:rPr>
      </w:pPr>
    </w:p>
    <w:p w:rsidR="00F42E2E" w:rsidRPr="00F42E2E" w:rsidRDefault="00F42E2E">
      <w:pPr>
        <w:rPr>
          <w:lang w:val="ru-RU"/>
        </w:rPr>
      </w:pPr>
    </w:p>
    <w:p w:rsidR="00F42E2E" w:rsidRPr="00F42E2E" w:rsidRDefault="00F42E2E">
      <w:pPr>
        <w:rPr>
          <w:lang w:val="ru-RU"/>
        </w:rPr>
      </w:pPr>
    </w:p>
    <w:p w:rsidR="009D3111" w:rsidRPr="00F42E2E" w:rsidRDefault="00D10209">
      <w:pPr>
        <w:keepNext/>
        <w:jc w:val="right"/>
        <w:rPr>
          <w:lang w:val="ru-RU"/>
        </w:rPr>
      </w:pPr>
      <w:r w:rsidRPr="00F42E2E">
        <w:rPr>
          <w:rFonts w:eastAsia="Calibri"/>
          <w:color w:val="5A5A5A"/>
          <w:sz w:val="19"/>
          <w:lang w:val="ru-RU"/>
        </w:rPr>
        <w:t>Приложение 1</w:t>
      </w:r>
      <w:r w:rsidRPr="00F42E2E">
        <w:rPr>
          <w:rFonts w:eastAsia="Calibri"/>
          <w:color w:val="5A5A5A"/>
          <w:sz w:val="19"/>
          <w:lang w:val="ru-RU"/>
        </w:rPr>
        <w:br/>
        <w:t>к Правилам внутреннего распорядка обучающихся</w:t>
      </w:r>
    </w:p>
    <w:p w:rsidR="009D3111" w:rsidRPr="00F42E2E" w:rsidRDefault="00D10209">
      <w:pPr>
        <w:spacing w:before="240" w:after="240"/>
        <w:jc w:val="center"/>
        <w:rPr>
          <w:lang w:val="ru-RU"/>
        </w:rPr>
      </w:pPr>
      <w:r w:rsidRPr="00F42E2E">
        <w:rPr>
          <w:rFonts w:eastAsia="Calibri"/>
          <w:b/>
          <w:color w:val="1F4D78"/>
          <w:sz w:val="28"/>
          <w:lang w:val="ru-RU"/>
        </w:rPr>
        <w:t>Лист ознакомления обучающихся</w:t>
      </w:r>
    </w:p>
    <w:p w:rsidR="009D3111" w:rsidRPr="00F42E2E" w:rsidRDefault="00D10209">
      <w:pPr>
        <w:rPr>
          <w:lang w:val="ru-RU"/>
        </w:rPr>
      </w:pPr>
      <w:r w:rsidRPr="00F42E2E">
        <w:rPr>
          <w:rFonts w:eastAsia="Calibri"/>
          <w:lang w:val="ru-RU"/>
        </w:rPr>
        <w:t>Класс: [____]   Учебный год: [20__/20__]   Дата ознакомления: [__________]</w:t>
      </w:r>
    </w:p>
    <w:tbl>
      <w:tblPr>
        <w:tblStyle w:val="aff0"/>
        <w:tblW w:w="0" w:type="auto"/>
        <w:jc w:val="center"/>
        <w:tblLayout w:type="fixed"/>
        <w:tblLook w:val="04A0" w:firstRow="1" w:lastRow="0" w:firstColumn="1" w:lastColumn="0" w:noHBand="0" w:noVBand="1"/>
      </w:tblPr>
      <w:tblGrid>
        <w:gridCol w:w="453"/>
        <w:gridCol w:w="4081"/>
        <w:gridCol w:w="1360"/>
        <w:gridCol w:w="1530"/>
        <w:gridCol w:w="1927"/>
      </w:tblGrid>
      <w:tr w:rsidR="009D3111">
        <w:trPr>
          <w:tblHeader/>
          <w:jc w:val="center"/>
        </w:trPr>
        <w:tc>
          <w:tcPr>
            <w:tcW w:w="453" w:type="dxa"/>
            <w:shd w:val="clear" w:color="auto" w:fill="F2F4F7"/>
            <w:tcMar>
              <w:top w:w="90" w:type="dxa"/>
              <w:left w:w="120" w:type="dxa"/>
              <w:bottom w:w="90" w:type="dxa"/>
              <w:right w:w="120" w:type="dxa"/>
            </w:tcMar>
          </w:tcPr>
          <w:p w:rsidR="009D3111" w:rsidRDefault="00D10209">
            <w:r>
              <w:t>№</w:t>
            </w:r>
          </w:p>
        </w:tc>
        <w:tc>
          <w:tcPr>
            <w:tcW w:w="4081" w:type="dxa"/>
            <w:shd w:val="clear" w:color="auto" w:fill="F2F4F7"/>
            <w:tcMar>
              <w:top w:w="90" w:type="dxa"/>
              <w:left w:w="120" w:type="dxa"/>
              <w:bottom w:w="90" w:type="dxa"/>
              <w:right w:w="120" w:type="dxa"/>
            </w:tcMar>
          </w:tcPr>
          <w:p w:rsidR="009D3111" w:rsidRDefault="00D10209">
            <w:r>
              <w:t>Ф.И.О. обучающегося</w:t>
            </w:r>
          </w:p>
        </w:tc>
        <w:tc>
          <w:tcPr>
            <w:tcW w:w="1360" w:type="dxa"/>
            <w:shd w:val="clear" w:color="auto" w:fill="F2F4F7"/>
            <w:tcMar>
              <w:top w:w="90" w:type="dxa"/>
              <w:left w:w="120" w:type="dxa"/>
              <w:bottom w:w="90" w:type="dxa"/>
              <w:right w:w="120" w:type="dxa"/>
            </w:tcMar>
          </w:tcPr>
          <w:p w:rsidR="009D3111" w:rsidRDefault="00D10209">
            <w:r>
              <w:t>Дата</w:t>
            </w:r>
          </w:p>
        </w:tc>
        <w:tc>
          <w:tcPr>
            <w:tcW w:w="1530" w:type="dxa"/>
            <w:shd w:val="clear" w:color="auto" w:fill="F2F4F7"/>
            <w:tcMar>
              <w:top w:w="90" w:type="dxa"/>
              <w:left w:w="120" w:type="dxa"/>
              <w:bottom w:w="90" w:type="dxa"/>
              <w:right w:w="120" w:type="dxa"/>
            </w:tcMar>
          </w:tcPr>
          <w:p w:rsidR="009D3111" w:rsidRDefault="00D10209">
            <w:r>
              <w:t>Подпись</w:t>
            </w:r>
          </w:p>
        </w:tc>
        <w:tc>
          <w:tcPr>
            <w:tcW w:w="1927" w:type="dxa"/>
            <w:shd w:val="clear" w:color="auto" w:fill="F2F4F7"/>
            <w:tcMar>
              <w:top w:w="90" w:type="dxa"/>
              <w:left w:w="120" w:type="dxa"/>
              <w:bottom w:w="90" w:type="dxa"/>
              <w:right w:w="120" w:type="dxa"/>
            </w:tcMar>
          </w:tcPr>
          <w:p w:rsidR="009D3111" w:rsidRDefault="00D10209">
            <w:r>
              <w:t>Примечание</w:t>
            </w:r>
          </w:p>
        </w:tc>
      </w:tr>
      <w:tr w:rsidR="009D3111">
        <w:trPr>
          <w:jc w:val="center"/>
        </w:trPr>
        <w:tc>
          <w:tcPr>
            <w:tcW w:w="453" w:type="dxa"/>
            <w:tcMar>
              <w:top w:w="90" w:type="dxa"/>
              <w:left w:w="120" w:type="dxa"/>
              <w:bottom w:w="90" w:type="dxa"/>
              <w:right w:w="120" w:type="dxa"/>
            </w:tcMar>
          </w:tcPr>
          <w:p w:rsidR="009D3111" w:rsidRDefault="009D3111"/>
        </w:tc>
        <w:tc>
          <w:tcPr>
            <w:tcW w:w="408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530" w:type="dxa"/>
            <w:tcMar>
              <w:top w:w="90" w:type="dxa"/>
              <w:left w:w="120" w:type="dxa"/>
              <w:bottom w:w="90" w:type="dxa"/>
              <w:right w:w="120" w:type="dxa"/>
            </w:tcMar>
          </w:tcPr>
          <w:p w:rsidR="009D3111" w:rsidRDefault="009D3111"/>
        </w:tc>
        <w:tc>
          <w:tcPr>
            <w:tcW w:w="192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408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530" w:type="dxa"/>
            <w:tcMar>
              <w:top w:w="90" w:type="dxa"/>
              <w:left w:w="120" w:type="dxa"/>
              <w:bottom w:w="90" w:type="dxa"/>
              <w:right w:w="120" w:type="dxa"/>
            </w:tcMar>
          </w:tcPr>
          <w:p w:rsidR="009D3111" w:rsidRDefault="009D3111"/>
        </w:tc>
        <w:tc>
          <w:tcPr>
            <w:tcW w:w="192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408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530" w:type="dxa"/>
            <w:tcMar>
              <w:top w:w="90" w:type="dxa"/>
              <w:left w:w="120" w:type="dxa"/>
              <w:bottom w:w="90" w:type="dxa"/>
              <w:right w:w="120" w:type="dxa"/>
            </w:tcMar>
          </w:tcPr>
          <w:p w:rsidR="009D3111" w:rsidRDefault="009D3111"/>
        </w:tc>
        <w:tc>
          <w:tcPr>
            <w:tcW w:w="192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408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530" w:type="dxa"/>
            <w:tcMar>
              <w:top w:w="90" w:type="dxa"/>
              <w:left w:w="120" w:type="dxa"/>
              <w:bottom w:w="90" w:type="dxa"/>
              <w:right w:w="120" w:type="dxa"/>
            </w:tcMar>
          </w:tcPr>
          <w:p w:rsidR="009D3111" w:rsidRDefault="009D3111"/>
        </w:tc>
        <w:tc>
          <w:tcPr>
            <w:tcW w:w="192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408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530" w:type="dxa"/>
            <w:tcMar>
              <w:top w:w="90" w:type="dxa"/>
              <w:left w:w="120" w:type="dxa"/>
              <w:bottom w:w="90" w:type="dxa"/>
              <w:right w:w="120" w:type="dxa"/>
            </w:tcMar>
          </w:tcPr>
          <w:p w:rsidR="009D3111" w:rsidRDefault="009D3111"/>
        </w:tc>
        <w:tc>
          <w:tcPr>
            <w:tcW w:w="192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408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530" w:type="dxa"/>
            <w:tcMar>
              <w:top w:w="90" w:type="dxa"/>
              <w:left w:w="120" w:type="dxa"/>
              <w:bottom w:w="90" w:type="dxa"/>
              <w:right w:w="120" w:type="dxa"/>
            </w:tcMar>
          </w:tcPr>
          <w:p w:rsidR="009D3111" w:rsidRDefault="009D3111"/>
        </w:tc>
        <w:tc>
          <w:tcPr>
            <w:tcW w:w="192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408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530" w:type="dxa"/>
            <w:tcMar>
              <w:top w:w="90" w:type="dxa"/>
              <w:left w:w="120" w:type="dxa"/>
              <w:bottom w:w="90" w:type="dxa"/>
              <w:right w:w="120" w:type="dxa"/>
            </w:tcMar>
          </w:tcPr>
          <w:p w:rsidR="009D3111" w:rsidRDefault="009D3111"/>
        </w:tc>
        <w:tc>
          <w:tcPr>
            <w:tcW w:w="192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408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530" w:type="dxa"/>
            <w:tcMar>
              <w:top w:w="90" w:type="dxa"/>
              <w:left w:w="120" w:type="dxa"/>
              <w:bottom w:w="90" w:type="dxa"/>
              <w:right w:w="120" w:type="dxa"/>
            </w:tcMar>
          </w:tcPr>
          <w:p w:rsidR="009D3111" w:rsidRDefault="009D3111"/>
        </w:tc>
        <w:tc>
          <w:tcPr>
            <w:tcW w:w="192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408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530" w:type="dxa"/>
            <w:tcMar>
              <w:top w:w="90" w:type="dxa"/>
              <w:left w:w="120" w:type="dxa"/>
              <w:bottom w:w="90" w:type="dxa"/>
              <w:right w:w="120" w:type="dxa"/>
            </w:tcMar>
          </w:tcPr>
          <w:p w:rsidR="009D3111" w:rsidRDefault="009D3111"/>
        </w:tc>
        <w:tc>
          <w:tcPr>
            <w:tcW w:w="192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408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530" w:type="dxa"/>
            <w:tcMar>
              <w:top w:w="90" w:type="dxa"/>
              <w:left w:w="120" w:type="dxa"/>
              <w:bottom w:w="90" w:type="dxa"/>
              <w:right w:w="120" w:type="dxa"/>
            </w:tcMar>
          </w:tcPr>
          <w:p w:rsidR="009D3111" w:rsidRDefault="009D3111"/>
        </w:tc>
        <w:tc>
          <w:tcPr>
            <w:tcW w:w="192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408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530" w:type="dxa"/>
            <w:tcMar>
              <w:top w:w="90" w:type="dxa"/>
              <w:left w:w="120" w:type="dxa"/>
              <w:bottom w:w="90" w:type="dxa"/>
              <w:right w:w="120" w:type="dxa"/>
            </w:tcMar>
          </w:tcPr>
          <w:p w:rsidR="009D3111" w:rsidRDefault="009D3111"/>
        </w:tc>
        <w:tc>
          <w:tcPr>
            <w:tcW w:w="192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408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530" w:type="dxa"/>
            <w:tcMar>
              <w:top w:w="90" w:type="dxa"/>
              <w:left w:w="120" w:type="dxa"/>
              <w:bottom w:w="90" w:type="dxa"/>
              <w:right w:w="120" w:type="dxa"/>
            </w:tcMar>
          </w:tcPr>
          <w:p w:rsidR="009D3111" w:rsidRDefault="009D3111"/>
        </w:tc>
        <w:tc>
          <w:tcPr>
            <w:tcW w:w="192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408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530" w:type="dxa"/>
            <w:tcMar>
              <w:top w:w="90" w:type="dxa"/>
              <w:left w:w="120" w:type="dxa"/>
              <w:bottom w:w="90" w:type="dxa"/>
              <w:right w:w="120" w:type="dxa"/>
            </w:tcMar>
          </w:tcPr>
          <w:p w:rsidR="009D3111" w:rsidRDefault="009D3111"/>
        </w:tc>
        <w:tc>
          <w:tcPr>
            <w:tcW w:w="192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408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530" w:type="dxa"/>
            <w:tcMar>
              <w:top w:w="90" w:type="dxa"/>
              <w:left w:w="120" w:type="dxa"/>
              <w:bottom w:w="90" w:type="dxa"/>
              <w:right w:w="120" w:type="dxa"/>
            </w:tcMar>
          </w:tcPr>
          <w:p w:rsidR="009D3111" w:rsidRDefault="009D3111"/>
        </w:tc>
        <w:tc>
          <w:tcPr>
            <w:tcW w:w="192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408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530" w:type="dxa"/>
            <w:tcMar>
              <w:top w:w="90" w:type="dxa"/>
              <w:left w:w="120" w:type="dxa"/>
              <w:bottom w:w="90" w:type="dxa"/>
              <w:right w:w="120" w:type="dxa"/>
            </w:tcMar>
          </w:tcPr>
          <w:p w:rsidR="009D3111" w:rsidRDefault="009D3111"/>
        </w:tc>
        <w:tc>
          <w:tcPr>
            <w:tcW w:w="192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408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530" w:type="dxa"/>
            <w:tcMar>
              <w:top w:w="90" w:type="dxa"/>
              <w:left w:w="120" w:type="dxa"/>
              <w:bottom w:w="90" w:type="dxa"/>
              <w:right w:w="120" w:type="dxa"/>
            </w:tcMar>
          </w:tcPr>
          <w:p w:rsidR="009D3111" w:rsidRDefault="009D3111"/>
        </w:tc>
        <w:tc>
          <w:tcPr>
            <w:tcW w:w="192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408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530" w:type="dxa"/>
            <w:tcMar>
              <w:top w:w="90" w:type="dxa"/>
              <w:left w:w="120" w:type="dxa"/>
              <w:bottom w:w="90" w:type="dxa"/>
              <w:right w:w="120" w:type="dxa"/>
            </w:tcMar>
          </w:tcPr>
          <w:p w:rsidR="009D3111" w:rsidRDefault="009D3111"/>
        </w:tc>
        <w:tc>
          <w:tcPr>
            <w:tcW w:w="192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408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530" w:type="dxa"/>
            <w:tcMar>
              <w:top w:w="90" w:type="dxa"/>
              <w:left w:w="120" w:type="dxa"/>
              <w:bottom w:w="90" w:type="dxa"/>
              <w:right w:w="120" w:type="dxa"/>
            </w:tcMar>
          </w:tcPr>
          <w:p w:rsidR="009D3111" w:rsidRDefault="009D3111"/>
        </w:tc>
        <w:tc>
          <w:tcPr>
            <w:tcW w:w="1927" w:type="dxa"/>
            <w:tcMar>
              <w:top w:w="90" w:type="dxa"/>
              <w:left w:w="120" w:type="dxa"/>
              <w:bottom w:w="90" w:type="dxa"/>
              <w:right w:w="120" w:type="dxa"/>
            </w:tcMar>
          </w:tcPr>
          <w:p w:rsidR="009D3111" w:rsidRDefault="009D3111"/>
        </w:tc>
      </w:tr>
    </w:tbl>
    <w:p w:rsidR="009D3111" w:rsidRDefault="00D10209">
      <w:r>
        <w:br w:type="page"/>
      </w:r>
    </w:p>
    <w:p w:rsidR="009D3111" w:rsidRPr="00F42E2E" w:rsidRDefault="00D10209">
      <w:pPr>
        <w:keepNext/>
        <w:jc w:val="right"/>
        <w:rPr>
          <w:lang w:val="ru-RU"/>
        </w:rPr>
      </w:pPr>
      <w:r w:rsidRPr="00F42E2E">
        <w:rPr>
          <w:rFonts w:eastAsia="Calibri"/>
          <w:color w:val="5A5A5A"/>
          <w:sz w:val="19"/>
          <w:lang w:val="ru-RU"/>
        </w:rPr>
        <w:lastRenderedPageBreak/>
        <w:t>Приложение 2</w:t>
      </w:r>
      <w:r w:rsidRPr="00F42E2E">
        <w:rPr>
          <w:rFonts w:eastAsia="Calibri"/>
          <w:color w:val="5A5A5A"/>
          <w:sz w:val="19"/>
          <w:lang w:val="ru-RU"/>
        </w:rPr>
        <w:br/>
        <w:t>к Правилам внутреннего распорядка обучающихся</w:t>
      </w:r>
    </w:p>
    <w:p w:rsidR="009D3111" w:rsidRPr="00F42E2E" w:rsidRDefault="00D10209">
      <w:pPr>
        <w:spacing w:before="240" w:after="240"/>
        <w:jc w:val="center"/>
        <w:rPr>
          <w:lang w:val="ru-RU"/>
        </w:rPr>
      </w:pPr>
      <w:r w:rsidRPr="00F42E2E">
        <w:rPr>
          <w:rFonts w:eastAsia="Calibri"/>
          <w:b/>
          <w:color w:val="1F4D78"/>
          <w:sz w:val="28"/>
          <w:lang w:val="ru-RU"/>
        </w:rPr>
        <w:t>Лист ознакомления родителей (законных представителей)</w:t>
      </w:r>
    </w:p>
    <w:p w:rsidR="009D3111" w:rsidRDefault="00D10209">
      <w:proofErr w:type="spellStart"/>
      <w:r>
        <w:rPr>
          <w:rFonts w:eastAsia="Calibri"/>
        </w:rPr>
        <w:t>Класс</w:t>
      </w:r>
      <w:proofErr w:type="spellEnd"/>
      <w:r>
        <w:rPr>
          <w:rFonts w:eastAsia="Calibri"/>
        </w:rPr>
        <w:t xml:space="preserve">: [____]   </w:t>
      </w:r>
      <w:proofErr w:type="spellStart"/>
      <w:r>
        <w:rPr>
          <w:rFonts w:eastAsia="Calibri"/>
        </w:rPr>
        <w:t>Учебный</w:t>
      </w:r>
      <w:proofErr w:type="spellEnd"/>
      <w:r>
        <w:rPr>
          <w:rFonts w:eastAsia="Calibri"/>
        </w:rPr>
        <w:t xml:space="preserve"> </w:t>
      </w:r>
      <w:proofErr w:type="spellStart"/>
      <w:r>
        <w:rPr>
          <w:rFonts w:eastAsia="Calibri"/>
        </w:rPr>
        <w:t>год</w:t>
      </w:r>
      <w:proofErr w:type="spellEnd"/>
      <w:r>
        <w:rPr>
          <w:rFonts w:eastAsia="Calibri"/>
        </w:rPr>
        <w:t>: [20__/20__]</w:t>
      </w:r>
    </w:p>
    <w:tbl>
      <w:tblPr>
        <w:tblStyle w:val="aff0"/>
        <w:tblW w:w="0" w:type="auto"/>
        <w:jc w:val="center"/>
        <w:tblLayout w:type="fixed"/>
        <w:tblLook w:val="04A0" w:firstRow="1" w:lastRow="0" w:firstColumn="1" w:lastColumn="0" w:noHBand="0" w:noVBand="1"/>
      </w:tblPr>
      <w:tblGrid>
        <w:gridCol w:w="453"/>
        <w:gridCol w:w="2891"/>
        <w:gridCol w:w="2891"/>
        <w:gridCol w:w="1360"/>
        <w:gridCol w:w="1757"/>
      </w:tblGrid>
      <w:tr w:rsidR="009D3111">
        <w:trPr>
          <w:tblHeader/>
          <w:jc w:val="center"/>
        </w:trPr>
        <w:tc>
          <w:tcPr>
            <w:tcW w:w="453" w:type="dxa"/>
            <w:shd w:val="clear" w:color="auto" w:fill="F2F4F7"/>
            <w:tcMar>
              <w:top w:w="90" w:type="dxa"/>
              <w:left w:w="120" w:type="dxa"/>
              <w:bottom w:w="90" w:type="dxa"/>
              <w:right w:w="120" w:type="dxa"/>
            </w:tcMar>
          </w:tcPr>
          <w:p w:rsidR="009D3111" w:rsidRDefault="00D10209">
            <w:r>
              <w:t>№</w:t>
            </w:r>
          </w:p>
        </w:tc>
        <w:tc>
          <w:tcPr>
            <w:tcW w:w="2891" w:type="dxa"/>
            <w:shd w:val="clear" w:color="auto" w:fill="F2F4F7"/>
            <w:tcMar>
              <w:top w:w="90" w:type="dxa"/>
              <w:left w:w="120" w:type="dxa"/>
              <w:bottom w:w="90" w:type="dxa"/>
              <w:right w:w="120" w:type="dxa"/>
            </w:tcMar>
          </w:tcPr>
          <w:p w:rsidR="009D3111" w:rsidRDefault="00D10209">
            <w:r>
              <w:t>Ф.И.О. родителя</w:t>
            </w:r>
          </w:p>
        </w:tc>
        <w:tc>
          <w:tcPr>
            <w:tcW w:w="2891" w:type="dxa"/>
            <w:shd w:val="clear" w:color="auto" w:fill="F2F4F7"/>
            <w:tcMar>
              <w:top w:w="90" w:type="dxa"/>
              <w:left w:w="120" w:type="dxa"/>
              <w:bottom w:w="90" w:type="dxa"/>
              <w:right w:w="120" w:type="dxa"/>
            </w:tcMar>
          </w:tcPr>
          <w:p w:rsidR="009D3111" w:rsidRDefault="00D10209">
            <w:r>
              <w:t>Ф.И.О. ребенка</w:t>
            </w:r>
          </w:p>
        </w:tc>
        <w:tc>
          <w:tcPr>
            <w:tcW w:w="1360" w:type="dxa"/>
            <w:shd w:val="clear" w:color="auto" w:fill="F2F4F7"/>
            <w:tcMar>
              <w:top w:w="90" w:type="dxa"/>
              <w:left w:w="120" w:type="dxa"/>
              <w:bottom w:w="90" w:type="dxa"/>
              <w:right w:w="120" w:type="dxa"/>
            </w:tcMar>
          </w:tcPr>
          <w:p w:rsidR="009D3111" w:rsidRDefault="00D10209">
            <w:r>
              <w:t>Дата</w:t>
            </w:r>
          </w:p>
        </w:tc>
        <w:tc>
          <w:tcPr>
            <w:tcW w:w="1757" w:type="dxa"/>
            <w:shd w:val="clear" w:color="auto" w:fill="F2F4F7"/>
            <w:tcMar>
              <w:top w:w="90" w:type="dxa"/>
              <w:left w:w="120" w:type="dxa"/>
              <w:bottom w:w="90" w:type="dxa"/>
              <w:right w:w="120" w:type="dxa"/>
            </w:tcMar>
          </w:tcPr>
          <w:p w:rsidR="009D3111" w:rsidRDefault="00D10209">
            <w:r>
              <w:t>Подпись</w:t>
            </w:r>
          </w:p>
        </w:tc>
      </w:tr>
      <w:tr w:rsidR="009D3111">
        <w:trPr>
          <w:jc w:val="center"/>
        </w:trPr>
        <w:tc>
          <w:tcPr>
            <w:tcW w:w="453"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75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75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75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75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75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75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75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75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75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75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75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75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75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75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75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75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757" w:type="dxa"/>
            <w:tcMar>
              <w:top w:w="90" w:type="dxa"/>
              <w:left w:w="120" w:type="dxa"/>
              <w:bottom w:w="90" w:type="dxa"/>
              <w:right w:w="120" w:type="dxa"/>
            </w:tcMar>
          </w:tcPr>
          <w:p w:rsidR="009D3111" w:rsidRDefault="009D3111"/>
        </w:tc>
      </w:tr>
      <w:tr w:rsidR="009D3111">
        <w:trPr>
          <w:jc w:val="center"/>
        </w:trPr>
        <w:tc>
          <w:tcPr>
            <w:tcW w:w="453"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2891" w:type="dxa"/>
            <w:tcMar>
              <w:top w:w="90" w:type="dxa"/>
              <w:left w:w="120" w:type="dxa"/>
              <w:bottom w:w="90" w:type="dxa"/>
              <w:right w:w="120" w:type="dxa"/>
            </w:tcMar>
          </w:tcPr>
          <w:p w:rsidR="009D3111" w:rsidRDefault="009D3111"/>
        </w:tc>
        <w:tc>
          <w:tcPr>
            <w:tcW w:w="1360" w:type="dxa"/>
            <w:tcMar>
              <w:top w:w="90" w:type="dxa"/>
              <w:left w:w="120" w:type="dxa"/>
              <w:bottom w:w="90" w:type="dxa"/>
              <w:right w:w="120" w:type="dxa"/>
            </w:tcMar>
          </w:tcPr>
          <w:p w:rsidR="009D3111" w:rsidRDefault="009D3111"/>
        </w:tc>
        <w:tc>
          <w:tcPr>
            <w:tcW w:w="1757" w:type="dxa"/>
            <w:tcMar>
              <w:top w:w="90" w:type="dxa"/>
              <w:left w:w="120" w:type="dxa"/>
              <w:bottom w:w="90" w:type="dxa"/>
              <w:right w:w="120" w:type="dxa"/>
            </w:tcMar>
          </w:tcPr>
          <w:p w:rsidR="009D3111" w:rsidRDefault="009D3111"/>
        </w:tc>
      </w:tr>
    </w:tbl>
    <w:p w:rsidR="009D3111" w:rsidRDefault="00D10209">
      <w:r>
        <w:br w:type="page"/>
      </w:r>
    </w:p>
    <w:p w:rsidR="009D3111" w:rsidRPr="00F42E2E" w:rsidRDefault="00D10209">
      <w:pPr>
        <w:keepNext/>
        <w:jc w:val="right"/>
        <w:rPr>
          <w:lang w:val="ru-RU"/>
        </w:rPr>
      </w:pPr>
      <w:r w:rsidRPr="00F42E2E">
        <w:rPr>
          <w:rFonts w:eastAsia="Calibri"/>
          <w:color w:val="5A5A5A"/>
          <w:sz w:val="19"/>
          <w:lang w:val="ru-RU"/>
        </w:rPr>
        <w:lastRenderedPageBreak/>
        <w:t>Приложение 3</w:t>
      </w:r>
      <w:r w:rsidRPr="00F42E2E">
        <w:rPr>
          <w:rFonts w:eastAsia="Calibri"/>
          <w:color w:val="5A5A5A"/>
          <w:sz w:val="19"/>
          <w:lang w:val="ru-RU"/>
        </w:rPr>
        <w:br/>
        <w:t>к Правилам внутреннего распорядка обучающихся</w:t>
      </w:r>
    </w:p>
    <w:p w:rsidR="009D3111" w:rsidRPr="00F42E2E" w:rsidRDefault="00D10209">
      <w:pPr>
        <w:spacing w:before="240" w:after="240"/>
        <w:jc w:val="center"/>
        <w:rPr>
          <w:lang w:val="ru-RU"/>
        </w:rPr>
      </w:pPr>
      <w:r w:rsidRPr="00F42E2E">
        <w:rPr>
          <w:rFonts w:eastAsia="Calibri"/>
          <w:b/>
          <w:color w:val="1F4D78"/>
          <w:sz w:val="28"/>
          <w:lang w:val="ru-RU"/>
        </w:rPr>
        <w:t>Уведомление родителям о нарушении Правил</w:t>
      </w:r>
    </w:p>
    <w:p w:rsidR="009D3111" w:rsidRPr="00F42E2E" w:rsidRDefault="00D10209">
      <w:pPr>
        <w:rPr>
          <w:lang w:val="ru-RU"/>
        </w:rPr>
      </w:pPr>
      <w:r w:rsidRPr="00F42E2E">
        <w:rPr>
          <w:rFonts w:eastAsia="Calibri"/>
          <w:lang w:val="ru-RU"/>
        </w:rPr>
        <w:t>Уважаемый(</w:t>
      </w:r>
      <w:proofErr w:type="spellStart"/>
      <w:r w:rsidRPr="00F42E2E">
        <w:rPr>
          <w:rFonts w:eastAsia="Calibri"/>
          <w:lang w:val="ru-RU"/>
        </w:rPr>
        <w:t>ая</w:t>
      </w:r>
      <w:proofErr w:type="spellEnd"/>
      <w:r w:rsidRPr="00F42E2E">
        <w:rPr>
          <w:rFonts w:eastAsia="Calibri"/>
          <w:lang w:val="ru-RU"/>
        </w:rPr>
        <w:t>) [Ф.И.О. родителя (законного представителя)]!</w:t>
      </w:r>
    </w:p>
    <w:p w:rsidR="009D3111" w:rsidRPr="00F42E2E" w:rsidRDefault="00D10209">
      <w:pPr>
        <w:rPr>
          <w:lang w:val="ru-RU"/>
        </w:rPr>
      </w:pPr>
      <w:r w:rsidRPr="00F42E2E">
        <w:rPr>
          <w:rFonts w:eastAsia="Calibri"/>
          <w:lang w:val="ru-RU"/>
        </w:rPr>
        <w:t>Сообщаем, что [дата, время] обучающийся(</w:t>
      </w:r>
      <w:proofErr w:type="spellStart"/>
      <w:r w:rsidRPr="00F42E2E">
        <w:rPr>
          <w:rFonts w:eastAsia="Calibri"/>
          <w:lang w:val="ru-RU"/>
        </w:rPr>
        <w:t>аяся</w:t>
      </w:r>
      <w:proofErr w:type="spellEnd"/>
      <w:r w:rsidRPr="00F42E2E">
        <w:rPr>
          <w:rFonts w:eastAsia="Calibri"/>
          <w:lang w:val="ru-RU"/>
        </w:rPr>
        <w:t>) [Ф.И.О., класс] допустил(а) следующее действие (бездействие): [описать конкретные факты без оценочных и унижающих формулировок].</w:t>
      </w:r>
    </w:p>
    <w:p w:rsidR="009D3111" w:rsidRPr="00F42E2E" w:rsidRDefault="00D10209">
      <w:pPr>
        <w:rPr>
          <w:lang w:val="ru-RU"/>
        </w:rPr>
      </w:pPr>
      <w:r w:rsidRPr="00F42E2E">
        <w:rPr>
          <w:rFonts w:eastAsia="Calibri"/>
          <w:lang w:val="ru-RU"/>
        </w:rPr>
        <w:t>Предположительно нарушен пункт [____] Правил. Приняты неотложные и педагогические меры: [указать]. Последствия: [указать либо «не установлены»].</w:t>
      </w:r>
    </w:p>
    <w:p w:rsidR="009D3111" w:rsidRPr="00F42E2E" w:rsidRDefault="00D10209">
      <w:pPr>
        <w:rPr>
          <w:lang w:val="ru-RU"/>
        </w:rPr>
      </w:pPr>
      <w:r w:rsidRPr="00F42E2E">
        <w:rPr>
          <w:rFonts w:eastAsia="Calibri"/>
          <w:lang w:val="ru-RU"/>
        </w:rPr>
        <w:t>Предлагаем [беседу/встречу/предоставление информации] [дата, время, место или способ связи]. Настоящее уведомление само по себе не является дисциплинарным взысканием.</w:t>
      </w:r>
    </w:p>
    <w:p w:rsidR="009D3111" w:rsidRPr="00F42E2E" w:rsidRDefault="00D10209">
      <w:pPr>
        <w:pStyle w:val="FormLabel"/>
        <w:spacing w:after="160"/>
        <w:rPr>
          <w:lang w:val="ru-RU"/>
        </w:rPr>
      </w:pPr>
      <w:r w:rsidRPr="00F42E2E">
        <w:rPr>
          <w:rFonts w:eastAsia="Calibri"/>
          <w:lang w:val="ru-RU"/>
        </w:rPr>
        <w:t>Должность и Ф.И.О. составителя: ________________________________________________</w:t>
      </w:r>
    </w:p>
    <w:p w:rsidR="009D3111" w:rsidRPr="00F42E2E" w:rsidRDefault="00D10209">
      <w:pPr>
        <w:pStyle w:val="FormLabel"/>
        <w:spacing w:after="160"/>
        <w:rPr>
          <w:lang w:val="ru-RU"/>
        </w:rPr>
      </w:pPr>
      <w:r w:rsidRPr="00F42E2E">
        <w:rPr>
          <w:rFonts w:eastAsia="Calibri"/>
          <w:lang w:val="ru-RU"/>
        </w:rPr>
        <w:t>Подпись, дата: ________________________________________________</w:t>
      </w:r>
    </w:p>
    <w:p w:rsidR="009D3111" w:rsidRPr="00F42E2E" w:rsidRDefault="00D10209">
      <w:pPr>
        <w:pStyle w:val="FormLabel"/>
        <w:spacing w:after="160"/>
        <w:rPr>
          <w:lang w:val="ru-RU"/>
        </w:rPr>
      </w:pPr>
      <w:r w:rsidRPr="00F42E2E">
        <w:rPr>
          <w:rFonts w:eastAsia="Calibri"/>
          <w:lang w:val="ru-RU"/>
        </w:rPr>
        <w:t>Уведомление получил(а), дата: ________________________________________________</w:t>
      </w:r>
    </w:p>
    <w:p w:rsidR="009D3111" w:rsidRPr="00F42E2E" w:rsidRDefault="00D10209">
      <w:pPr>
        <w:rPr>
          <w:lang w:val="ru-RU"/>
        </w:rPr>
      </w:pPr>
      <w:r w:rsidRPr="00F42E2E">
        <w:rPr>
          <w:lang w:val="ru-RU"/>
        </w:rPr>
        <w:br w:type="page"/>
      </w:r>
    </w:p>
    <w:p w:rsidR="009D3111" w:rsidRPr="00F42E2E" w:rsidRDefault="00D10209">
      <w:pPr>
        <w:keepNext/>
        <w:jc w:val="right"/>
        <w:rPr>
          <w:lang w:val="ru-RU"/>
        </w:rPr>
      </w:pPr>
      <w:r w:rsidRPr="00F42E2E">
        <w:rPr>
          <w:rFonts w:eastAsia="Calibri"/>
          <w:color w:val="5A5A5A"/>
          <w:sz w:val="19"/>
          <w:lang w:val="ru-RU"/>
        </w:rPr>
        <w:lastRenderedPageBreak/>
        <w:t>Приложение 4</w:t>
      </w:r>
      <w:r w:rsidRPr="00F42E2E">
        <w:rPr>
          <w:rFonts w:eastAsia="Calibri"/>
          <w:color w:val="5A5A5A"/>
          <w:sz w:val="19"/>
          <w:lang w:val="ru-RU"/>
        </w:rPr>
        <w:br/>
        <w:t>к Правилам внутреннего распорядка обучающихся</w:t>
      </w:r>
    </w:p>
    <w:p w:rsidR="009D3111" w:rsidRPr="00F42E2E" w:rsidRDefault="00D10209">
      <w:pPr>
        <w:spacing w:before="240" w:after="240"/>
        <w:jc w:val="center"/>
        <w:rPr>
          <w:lang w:val="ru-RU"/>
        </w:rPr>
      </w:pPr>
      <w:r w:rsidRPr="00F42E2E">
        <w:rPr>
          <w:rFonts w:eastAsia="Calibri"/>
          <w:b/>
          <w:color w:val="1F4D78"/>
          <w:sz w:val="28"/>
          <w:lang w:val="ru-RU"/>
        </w:rPr>
        <w:t>Уведомление о предоставлении письменного объяснения</w:t>
      </w:r>
    </w:p>
    <w:p w:rsidR="009D3111" w:rsidRPr="00F42E2E" w:rsidRDefault="00D10209">
      <w:pPr>
        <w:rPr>
          <w:lang w:val="ru-RU"/>
        </w:rPr>
      </w:pPr>
      <w:r w:rsidRPr="00F42E2E">
        <w:rPr>
          <w:rFonts w:eastAsia="Calibri"/>
          <w:lang w:val="ru-RU"/>
        </w:rPr>
        <w:t>[Ф.И.О. обучающегося], [класс]</w:t>
      </w:r>
    </w:p>
    <w:p w:rsidR="009D3111" w:rsidRPr="00F42E2E" w:rsidRDefault="00D10209">
      <w:pPr>
        <w:rPr>
          <w:lang w:val="ru-RU"/>
        </w:rPr>
      </w:pPr>
      <w:r w:rsidRPr="00F42E2E">
        <w:rPr>
          <w:rFonts w:eastAsia="Calibri"/>
          <w:lang w:val="ru-RU"/>
        </w:rPr>
        <w:t>В связи с рассмотрением сведений о возможном дисциплинарном проступке [краткое описание, дата и место] предлагаем в течение трех рабочих дней со дня получения настоящего уведомления представить письменное объяснение и, при наличии, документы, подтверждающие уважительную причину.</w:t>
      </w:r>
    </w:p>
    <w:p w:rsidR="009D3111" w:rsidRPr="00F42E2E" w:rsidRDefault="00D10209">
      <w:pPr>
        <w:rPr>
          <w:lang w:val="ru-RU"/>
        </w:rPr>
      </w:pPr>
      <w:r w:rsidRPr="00F42E2E">
        <w:rPr>
          <w:rFonts w:eastAsia="Calibri"/>
          <w:lang w:val="ru-RU"/>
        </w:rPr>
        <w:t>Объяснение можно представить [место/электронный адрес/информационная система]. Отказ или непредставление объяснения не препятствует рассмотрению, но Вы вправе изложить свою позицию, указать свидетелей и представить документы.</w:t>
      </w:r>
    </w:p>
    <w:p w:rsidR="009D3111" w:rsidRPr="00F42E2E" w:rsidRDefault="00D10209">
      <w:pPr>
        <w:pStyle w:val="FormLabel"/>
        <w:spacing w:after="160"/>
        <w:rPr>
          <w:lang w:val="ru-RU"/>
        </w:rPr>
      </w:pPr>
      <w:r w:rsidRPr="00F42E2E">
        <w:rPr>
          <w:rFonts w:eastAsia="Calibri"/>
          <w:lang w:val="ru-RU"/>
        </w:rPr>
        <w:t>Уполномоченное лицо: ________________________________________________</w:t>
      </w:r>
    </w:p>
    <w:p w:rsidR="009D3111" w:rsidRPr="00F42E2E" w:rsidRDefault="00D10209">
      <w:pPr>
        <w:pStyle w:val="FormLabel"/>
        <w:spacing w:after="160"/>
        <w:rPr>
          <w:lang w:val="ru-RU"/>
        </w:rPr>
      </w:pPr>
      <w:r w:rsidRPr="00F42E2E">
        <w:rPr>
          <w:rFonts w:eastAsia="Calibri"/>
          <w:lang w:val="ru-RU"/>
        </w:rPr>
        <w:t>Дата и способ направления: ________________________________________________</w:t>
      </w:r>
    </w:p>
    <w:p w:rsidR="009D3111" w:rsidRPr="00F42E2E" w:rsidRDefault="00D10209">
      <w:pPr>
        <w:pStyle w:val="FormLabel"/>
        <w:spacing w:after="160"/>
        <w:rPr>
          <w:lang w:val="ru-RU"/>
        </w:rPr>
      </w:pPr>
      <w:r w:rsidRPr="00F42E2E">
        <w:rPr>
          <w:rFonts w:eastAsia="Calibri"/>
          <w:lang w:val="ru-RU"/>
        </w:rPr>
        <w:t>Уведомление получил(а), дата: ________________________________________________</w:t>
      </w:r>
    </w:p>
    <w:p w:rsidR="009D3111" w:rsidRPr="00F42E2E" w:rsidRDefault="00D10209">
      <w:pPr>
        <w:rPr>
          <w:lang w:val="ru-RU"/>
        </w:rPr>
      </w:pPr>
      <w:r w:rsidRPr="00F42E2E">
        <w:rPr>
          <w:lang w:val="ru-RU"/>
        </w:rPr>
        <w:br w:type="page"/>
      </w:r>
    </w:p>
    <w:p w:rsidR="009D3111" w:rsidRPr="00F42E2E" w:rsidRDefault="00D10209">
      <w:pPr>
        <w:keepNext/>
        <w:jc w:val="right"/>
        <w:rPr>
          <w:lang w:val="ru-RU"/>
        </w:rPr>
      </w:pPr>
      <w:r w:rsidRPr="00F42E2E">
        <w:rPr>
          <w:rFonts w:eastAsia="Calibri"/>
          <w:color w:val="5A5A5A"/>
          <w:sz w:val="19"/>
          <w:lang w:val="ru-RU"/>
        </w:rPr>
        <w:lastRenderedPageBreak/>
        <w:t>Приложение 5</w:t>
      </w:r>
      <w:r w:rsidRPr="00F42E2E">
        <w:rPr>
          <w:rFonts w:eastAsia="Calibri"/>
          <w:color w:val="5A5A5A"/>
          <w:sz w:val="19"/>
          <w:lang w:val="ru-RU"/>
        </w:rPr>
        <w:br/>
        <w:t>к Правилам внутреннего распорядка обучающихся</w:t>
      </w:r>
    </w:p>
    <w:p w:rsidR="009D3111" w:rsidRPr="00F42E2E" w:rsidRDefault="00D10209">
      <w:pPr>
        <w:spacing w:before="240" w:after="240"/>
        <w:jc w:val="center"/>
        <w:rPr>
          <w:lang w:val="ru-RU"/>
        </w:rPr>
      </w:pPr>
      <w:r w:rsidRPr="00F42E2E">
        <w:rPr>
          <w:rFonts w:eastAsia="Calibri"/>
          <w:b/>
          <w:color w:val="1F4D78"/>
          <w:sz w:val="28"/>
          <w:lang w:val="ru-RU"/>
        </w:rPr>
        <w:t>Письменное объяснение обучающегося</w:t>
      </w:r>
    </w:p>
    <w:p w:rsidR="009D3111" w:rsidRPr="00F42E2E" w:rsidRDefault="00D10209">
      <w:pPr>
        <w:jc w:val="right"/>
        <w:rPr>
          <w:lang w:val="ru-RU"/>
        </w:rPr>
      </w:pPr>
      <w:r w:rsidRPr="00F42E2E">
        <w:rPr>
          <w:rFonts w:eastAsia="Calibri"/>
          <w:lang w:val="ru-RU"/>
        </w:rPr>
        <w:t>Директору [наименование школы]</w:t>
      </w:r>
      <w:r w:rsidRPr="00F42E2E">
        <w:rPr>
          <w:rFonts w:eastAsia="Calibri"/>
          <w:lang w:val="ru-RU"/>
        </w:rPr>
        <w:br/>
        <w:t>от [Ф.И.О. обучающегося], [класс]</w:t>
      </w:r>
    </w:p>
    <w:p w:rsidR="009D3111" w:rsidRPr="00F42E2E" w:rsidRDefault="00D10209">
      <w:pPr>
        <w:jc w:val="center"/>
        <w:rPr>
          <w:lang w:val="ru-RU"/>
        </w:rPr>
      </w:pPr>
      <w:r w:rsidRPr="00F42E2E">
        <w:rPr>
          <w:rFonts w:eastAsia="Calibri"/>
          <w:b/>
          <w:sz w:val="26"/>
          <w:lang w:val="ru-RU"/>
        </w:rPr>
        <w:t>ОБЪЯСНЕНИЕ</w:t>
      </w:r>
    </w:p>
    <w:p w:rsidR="009D3111" w:rsidRPr="00F42E2E" w:rsidRDefault="00D10209">
      <w:pPr>
        <w:rPr>
          <w:lang w:val="ru-RU"/>
        </w:rPr>
      </w:pPr>
      <w:r w:rsidRPr="00F42E2E">
        <w:rPr>
          <w:rFonts w:eastAsia="Calibri"/>
          <w:lang w:val="ru-RU"/>
        </w:rPr>
        <w:t>По обстоятельствам, указанным в уведомлении от [дата] № [номер], сообщаю: ____________________________________________________________________________________________</w:t>
      </w:r>
    </w:p>
    <w:p w:rsidR="009D3111" w:rsidRPr="00F42E2E" w:rsidRDefault="00D10209">
      <w:pPr>
        <w:spacing w:after="60"/>
        <w:rPr>
          <w:lang w:val="ru-RU"/>
        </w:rPr>
      </w:pPr>
      <w:r w:rsidRPr="00F42E2E">
        <w:rPr>
          <w:rFonts w:eastAsia="Calibri"/>
          <w:lang w:val="ru-RU"/>
        </w:rPr>
        <w:t>____________________________________________________________________________________________</w:t>
      </w:r>
    </w:p>
    <w:p w:rsidR="009D3111" w:rsidRPr="00F42E2E" w:rsidRDefault="00D10209">
      <w:pPr>
        <w:spacing w:after="60"/>
        <w:rPr>
          <w:lang w:val="ru-RU"/>
        </w:rPr>
      </w:pPr>
      <w:r w:rsidRPr="00F42E2E">
        <w:rPr>
          <w:rFonts w:eastAsia="Calibri"/>
          <w:lang w:val="ru-RU"/>
        </w:rPr>
        <w:t>____________________________________________________________________________________________</w:t>
      </w:r>
    </w:p>
    <w:p w:rsidR="009D3111" w:rsidRPr="00F42E2E" w:rsidRDefault="00D10209">
      <w:pPr>
        <w:spacing w:after="60"/>
        <w:rPr>
          <w:lang w:val="ru-RU"/>
        </w:rPr>
      </w:pPr>
      <w:r w:rsidRPr="00F42E2E">
        <w:rPr>
          <w:rFonts w:eastAsia="Calibri"/>
          <w:lang w:val="ru-RU"/>
        </w:rPr>
        <w:t>____________________________________________________________________________________________</w:t>
      </w:r>
    </w:p>
    <w:p w:rsidR="009D3111" w:rsidRPr="00F42E2E" w:rsidRDefault="00D10209">
      <w:pPr>
        <w:spacing w:after="60"/>
        <w:rPr>
          <w:lang w:val="ru-RU"/>
        </w:rPr>
      </w:pPr>
      <w:r w:rsidRPr="00F42E2E">
        <w:rPr>
          <w:rFonts w:eastAsia="Calibri"/>
          <w:lang w:val="ru-RU"/>
        </w:rPr>
        <w:t>____________________________________________________________________________________________</w:t>
      </w:r>
    </w:p>
    <w:p w:rsidR="009D3111" w:rsidRPr="00F42E2E" w:rsidRDefault="00D10209">
      <w:pPr>
        <w:spacing w:after="60"/>
        <w:rPr>
          <w:lang w:val="ru-RU"/>
        </w:rPr>
      </w:pPr>
      <w:r w:rsidRPr="00F42E2E">
        <w:rPr>
          <w:rFonts w:eastAsia="Calibri"/>
          <w:lang w:val="ru-RU"/>
        </w:rPr>
        <w:t>____________________________________________________________________________________________</w:t>
      </w:r>
    </w:p>
    <w:p w:rsidR="009D3111" w:rsidRPr="00F42E2E" w:rsidRDefault="00D10209">
      <w:pPr>
        <w:spacing w:after="60"/>
        <w:rPr>
          <w:lang w:val="ru-RU"/>
        </w:rPr>
      </w:pPr>
      <w:r w:rsidRPr="00F42E2E">
        <w:rPr>
          <w:rFonts w:eastAsia="Calibri"/>
          <w:lang w:val="ru-RU"/>
        </w:rPr>
        <w:t>____________________________________________________________________________________________</w:t>
      </w:r>
    </w:p>
    <w:p w:rsidR="009D3111" w:rsidRPr="00F42E2E" w:rsidRDefault="00D10209">
      <w:pPr>
        <w:spacing w:after="60"/>
        <w:rPr>
          <w:lang w:val="ru-RU"/>
        </w:rPr>
      </w:pPr>
      <w:r w:rsidRPr="00F42E2E">
        <w:rPr>
          <w:rFonts w:eastAsia="Calibri"/>
          <w:lang w:val="ru-RU"/>
        </w:rPr>
        <w:t>____________________________________________________________________________________________</w:t>
      </w:r>
    </w:p>
    <w:p w:rsidR="009D3111" w:rsidRPr="00F42E2E" w:rsidRDefault="00D10209">
      <w:pPr>
        <w:spacing w:after="60"/>
        <w:rPr>
          <w:lang w:val="ru-RU"/>
        </w:rPr>
      </w:pPr>
      <w:r w:rsidRPr="00F42E2E">
        <w:rPr>
          <w:rFonts w:eastAsia="Calibri"/>
          <w:lang w:val="ru-RU"/>
        </w:rPr>
        <w:t>____________________________________________________________________________________________</w:t>
      </w:r>
    </w:p>
    <w:p w:rsidR="009D3111" w:rsidRPr="00F42E2E" w:rsidRDefault="00D10209">
      <w:pPr>
        <w:rPr>
          <w:lang w:val="ru-RU"/>
        </w:rPr>
      </w:pPr>
      <w:r w:rsidRPr="00F42E2E">
        <w:rPr>
          <w:rFonts w:eastAsia="Calibri"/>
          <w:lang w:val="ru-RU"/>
        </w:rPr>
        <w:t>Прилагаемые документы: [перечень/не прилагаются].</w:t>
      </w:r>
    </w:p>
    <w:p w:rsidR="009D3111" w:rsidRPr="00F42E2E" w:rsidRDefault="00D10209">
      <w:pPr>
        <w:pStyle w:val="FormLabel"/>
        <w:spacing w:after="160"/>
        <w:rPr>
          <w:lang w:val="ru-RU"/>
        </w:rPr>
      </w:pPr>
      <w:r w:rsidRPr="00F42E2E">
        <w:rPr>
          <w:rFonts w:eastAsia="Calibri"/>
          <w:lang w:val="ru-RU"/>
        </w:rPr>
        <w:t>Дата: ________________________________________________</w:t>
      </w:r>
    </w:p>
    <w:p w:rsidR="009D3111" w:rsidRPr="00F42E2E" w:rsidRDefault="00D10209">
      <w:pPr>
        <w:pStyle w:val="FormLabel"/>
        <w:spacing w:after="160"/>
        <w:rPr>
          <w:lang w:val="ru-RU"/>
        </w:rPr>
      </w:pPr>
      <w:r w:rsidRPr="00F42E2E">
        <w:rPr>
          <w:rFonts w:eastAsia="Calibri"/>
          <w:lang w:val="ru-RU"/>
        </w:rPr>
        <w:t>Подпись: ________________________________________________</w:t>
      </w:r>
    </w:p>
    <w:p w:rsidR="009D3111" w:rsidRPr="00F42E2E" w:rsidRDefault="00D10209">
      <w:pPr>
        <w:pStyle w:val="FormLabel"/>
        <w:spacing w:after="160"/>
        <w:rPr>
          <w:lang w:val="ru-RU"/>
        </w:rPr>
      </w:pPr>
      <w:r w:rsidRPr="00F42E2E">
        <w:rPr>
          <w:rFonts w:eastAsia="Calibri"/>
          <w:lang w:val="ru-RU"/>
        </w:rPr>
        <w:t>Ф.И.О.: ________________________________________________</w:t>
      </w:r>
    </w:p>
    <w:p w:rsidR="009D3111" w:rsidRPr="00F42E2E" w:rsidRDefault="00D10209">
      <w:pPr>
        <w:rPr>
          <w:lang w:val="ru-RU"/>
        </w:rPr>
      </w:pPr>
      <w:r w:rsidRPr="00F42E2E">
        <w:rPr>
          <w:lang w:val="ru-RU"/>
        </w:rPr>
        <w:br w:type="page"/>
      </w:r>
    </w:p>
    <w:p w:rsidR="009D3111" w:rsidRPr="00F42E2E" w:rsidRDefault="00D10209">
      <w:pPr>
        <w:keepNext/>
        <w:jc w:val="right"/>
        <w:rPr>
          <w:lang w:val="ru-RU"/>
        </w:rPr>
      </w:pPr>
      <w:r w:rsidRPr="00F42E2E">
        <w:rPr>
          <w:rFonts w:eastAsia="Calibri"/>
          <w:color w:val="5A5A5A"/>
          <w:sz w:val="19"/>
          <w:lang w:val="ru-RU"/>
        </w:rPr>
        <w:lastRenderedPageBreak/>
        <w:t>Приложение 6</w:t>
      </w:r>
      <w:r w:rsidRPr="00F42E2E">
        <w:rPr>
          <w:rFonts w:eastAsia="Calibri"/>
          <w:color w:val="5A5A5A"/>
          <w:sz w:val="19"/>
          <w:lang w:val="ru-RU"/>
        </w:rPr>
        <w:br/>
        <w:t>к Правилам внутреннего распорядка обучающихся</w:t>
      </w:r>
    </w:p>
    <w:p w:rsidR="009D3111" w:rsidRPr="00F42E2E" w:rsidRDefault="00D10209">
      <w:pPr>
        <w:spacing w:before="240" w:after="240"/>
        <w:jc w:val="center"/>
        <w:rPr>
          <w:lang w:val="ru-RU"/>
        </w:rPr>
      </w:pPr>
      <w:r w:rsidRPr="00F42E2E">
        <w:rPr>
          <w:rFonts w:eastAsia="Calibri"/>
          <w:b/>
          <w:color w:val="1F4D78"/>
          <w:sz w:val="28"/>
          <w:lang w:val="ru-RU"/>
        </w:rPr>
        <w:t>Акт о непредставлении (отказе от предоставления) объяснения</w:t>
      </w:r>
    </w:p>
    <w:p w:rsidR="009D3111" w:rsidRPr="00F42E2E" w:rsidRDefault="00D10209">
      <w:pPr>
        <w:rPr>
          <w:lang w:val="ru-RU"/>
        </w:rPr>
      </w:pPr>
      <w:r w:rsidRPr="00F42E2E">
        <w:rPr>
          <w:rFonts w:eastAsia="Calibri"/>
          <w:lang w:val="ru-RU"/>
        </w:rPr>
        <w:t>[населенный пункт]                                       [дата, время]</w:t>
      </w:r>
    </w:p>
    <w:p w:rsidR="009D3111" w:rsidRPr="00F42E2E" w:rsidRDefault="00D10209">
      <w:pPr>
        <w:rPr>
          <w:lang w:val="ru-RU"/>
        </w:rPr>
      </w:pPr>
      <w:r w:rsidRPr="00F42E2E">
        <w:rPr>
          <w:rFonts w:eastAsia="Calibri"/>
          <w:lang w:val="ru-RU"/>
        </w:rPr>
        <w:t>Мы, нижеподписавшиеся: [Ф.И.О., должности], составили настоящий акт о том, что обучающемуся [Ф.И.О., класс] уведомлением от [дата] предложено в течение трех рабочих дней представить письменное объяснение по обстоятельствам [кратко].</w:t>
      </w:r>
    </w:p>
    <w:p w:rsidR="009D3111" w:rsidRPr="00F42E2E" w:rsidRDefault="00D10209">
      <w:pPr>
        <w:rPr>
          <w:lang w:val="ru-RU"/>
        </w:rPr>
      </w:pPr>
      <w:r w:rsidRPr="00F42E2E">
        <w:rPr>
          <w:rFonts w:eastAsia="Calibri"/>
          <w:lang w:val="ru-RU"/>
        </w:rPr>
        <w:t>В установленный срок объяснение не представлено / обучающийся отказался его представить [нужное отметить]. Обстоятельства вручения или направления уведомления: [указать].</w:t>
      </w:r>
    </w:p>
    <w:p w:rsidR="009D3111" w:rsidRPr="00F42E2E" w:rsidRDefault="00D10209">
      <w:pPr>
        <w:rPr>
          <w:lang w:val="ru-RU"/>
        </w:rPr>
      </w:pPr>
      <w:r w:rsidRPr="00F42E2E">
        <w:rPr>
          <w:rFonts w:eastAsia="Calibri"/>
          <w:lang w:val="ru-RU"/>
        </w:rPr>
        <w:t>Акт не содержит вывода о виновности и фиксирует только факт непредставления (отказа).</w:t>
      </w:r>
    </w:p>
    <w:p w:rsidR="009D3111" w:rsidRPr="00F42E2E" w:rsidRDefault="00D10209">
      <w:pPr>
        <w:pStyle w:val="FormLabel"/>
        <w:spacing w:after="160"/>
        <w:rPr>
          <w:lang w:val="ru-RU"/>
        </w:rPr>
      </w:pPr>
      <w:r w:rsidRPr="00F42E2E">
        <w:rPr>
          <w:rFonts w:eastAsia="Calibri"/>
          <w:lang w:val="ru-RU"/>
        </w:rPr>
        <w:t>Составитель: ________________________________________________</w:t>
      </w:r>
    </w:p>
    <w:p w:rsidR="009D3111" w:rsidRPr="00F42E2E" w:rsidRDefault="00D10209">
      <w:pPr>
        <w:pStyle w:val="FormLabel"/>
        <w:spacing w:after="160"/>
        <w:rPr>
          <w:lang w:val="ru-RU"/>
        </w:rPr>
      </w:pPr>
      <w:r w:rsidRPr="00F42E2E">
        <w:rPr>
          <w:rFonts w:eastAsia="Calibri"/>
          <w:lang w:val="ru-RU"/>
        </w:rPr>
        <w:t>Свидетель 1: ________________________________________________</w:t>
      </w:r>
    </w:p>
    <w:p w:rsidR="009D3111" w:rsidRPr="00F42E2E" w:rsidRDefault="00D10209">
      <w:pPr>
        <w:pStyle w:val="FormLabel"/>
        <w:spacing w:after="160"/>
        <w:rPr>
          <w:lang w:val="ru-RU"/>
        </w:rPr>
      </w:pPr>
      <w:r w:rsidRPr="00F42E2E">
        <w:rPr>
          <w:rFonts w:eastAsia="Calibri"/>
          <w:lang w:val="ru-RU"/>
        </w:rPr>
        <w:t>Свидетель 2: ________________________________________________</w:t>
      </w:r>
    </w:p>
    <w:p w:rsidR="009D3111" w:rsidRPr="00F42E2E" w:rsidRDefault="00D10209">
      <w:pPr>
        <w:pStyle w:val="FormLabel"/>
        <w:spacing w:after="160"/>
        <w:rPr>
          <w:lang w:val="ru-RU"/>
        </w:rPr>
      </w:pPr>
      <w:r w:rsidRPr="00F42E2E">
        <w:rPr>
          <w:rFonts w:eastAsia="Calibri"/>
          <w:lang w:val="ru-RU"/>
        </w:rPr>
        <w:t>С актом ознакомлен(а): ________________________________________________</w:t>
      </w:r>
    </w:p>
    <w:p w:rsidR="009D3111" w:rsidRPr="00F42E2E" w:rsidRDefault="00D10209">
      <w:pPr>
        <w:rPr>
          <w:lang w:val="ru-RU"/>
        </w:rPr>
      </w:pPr>
      <w:r w:rsidRPr="00F42E2E">
        <w:rPr>
          <w:lang w:val="ru-RU"/>
        </w:rPr>
        <w:br w:type="page"/>
      </w:r>
    </w:p>
    <w:p w:rsidR="009D3111" w:rsidRPr="00F42E2E" w:rsidRDefault="00D10209">
      <w:pPr>
        <w:keepNext/>
        <w:jc w:val="right"/>
        <w:rPr>
          <w:lang w:val="ru-RU"/>
        </w:rPr>
      </w:pPr>
      <w:r w:rsidRPr="00F42E2E">
        <w:rPr>
          <w:rFonts w:eastAsia="Calibri"/>
          <w:color w:val="5A5A5A"/>
          <w:sz w:val="19"/>
          <w:lang w:val="ru-RU"/>
        </w:rPr>
        <w:lastRenderedPageBreak/>
        <w:t>Приложение 7</w:t>
      </w:r>
      <w:r w:rsidRPr="00F42E2E">
        <w:rPr>
          <w:rFonts w:eastAsia="Calibri"/>
          <w:color w:val="5A5A5A"/>
          <w:sz w:val="19"/>
          <w:lang w:val="ru-RU"/>
        </w:rPr>
        <w:br/>
        <w:t>к Правилам внутреннего распорядка обучающихся</w:t>
      </w:r>
    </w:p>
    <w:p w:rsidR="009D3111" w:rsidRPr="00F42E2E" w:rsidRDefault="00D10209">
      <w:pPr>
        <w:spacing w:before="240" w:after="240"/>
        <w:jc w:val="center"/>
        <w:rPr>
          <w:lang w:val="ru-RU"/>
        </w:rPr>
      </w:pPr>
      <w:r w:rsidRPr="00F42E2E">
        <w:rPr>
          <w:rFonts w:eastAsia="Calibri"/>
          <w:b/>
          <w:color w:val="1F4D78"/>
          <w:sz w:val="28"/>
          <w:lang w:val="ru-RU"/>
        </w:rPr>
        <w:t>Служебная записка о возможном нарушении Правил</w:t>
      </w:r>
    </w:p>
    <w:p w:rsidR="009D3111" w:rsidRPr="00F42E2E" w:rsidRDefault="00D10209">
      <w:pPr>
        <w:jc w:val="right"/>
        <w:rPr>
          <w:lang w:val="ru-RU"/>
        </w:rPr>
      </w:pPr>
      <w:r w:rsidRPr="00F42E2E">
        <w:rPr>
          <w:rFonts w:eastAsia="Calibri"/>
          <w:lang w:val="ru-RU"/>
        </w:rPr>
        <w:t>Директору [наименование школы]</w:t>
      </w:r>
      <w:r w:rsidRPr="00F42E2E">
        <w:rPr>
          <w:rFonts w:eastAsia="Calibri"/>
          <w:lang w:val="ru-RU"/>
        </w:rPr>
        <w:br/>
        <w:t>от [должность, Ф.И.О.]</w:t>
      </w:r>
    </w:p>
    <w:p w:rsidR="009D3111" w:rsidRPr="00F42E2E" w:rsidRDefault="00D10209">
      <w:pPr>
        <w:rPr>
          <w:lang w:val="ru-RU"/>
        </w:rPr>
      </w:pPr>
      <w:r w:rsidRPr="00F42E2E">
        <w:rPr>
          <w:rFonts w:eastAsia="Calibri"/>
          <w:lang w:val="ru-RU"/>
        </w:rPr>
        <w:t>Сообщаю, что [дата, время, место] мной непосредственно установлено / мне стало известно следующее: [конкретные факты, источник сведений].</w:t>
      </w:r>
    </w:p>
    <w:p w:rsidR="009D3111" w:rsidRPr="00F42E2E" w:rsidRDefault="00D10209">
      <w:pPr>
        <w:rPr>
          <w:lang w:val="ru-RU"/>
        </w:rPr>
      </w:pPr>
      <w:r w:rsidRPr="00F42E2E">
        <w:rPr>
          <w:rFonts w:eastAsia="Calibri"/>
          <w:lang w:val="ru-RU"/>
        </w:rPr>
        <w:t>Участники и свидетели: [указать]. Принятые неотложные меры: [указать]. Имеющиеся материалы: [перечень]. Предположительно затронут пункт [____] Правил.</w:t>
      </w:r>
    </w:p>
    <w:p w:rsidR="009D3111" w:rsidRPr="00F42E2E" w:rsidRDefault="00D10209">
      <w:pPr>
        <w:rPr>
          <w:lang w:val="ru-RU"/>
        </w:rPr>
      </w:pPr>
      <w:r w:rsidRPr="00F42E2E">
        <w:rPr>
          <w:rFonts w:eastAsia="Calibri"/>
          <w:lang w:val="ru-RU"/>
        </w:rPr>
        <w:t>Прошу организовать проверку обстоятельств с соблюдением прав обучающегося и требований о защите персональных данных.</w:t>
      </w:r>
    </w:p>
    <w:p w:rsidR="009D3111" w:rsidRPr="00F42E2E" w:rsidRDefault="00D10209">
      <w:pPr>
        <w:pStyle w:val="FormLabel"/>
        <w:spacing w:after="160"/>
        <w:rPr>
          <w:lang w:val="ru-RU"/>
        </w:rPr>
      </w:pPr>
      <w:r w:rsidRPr="00F42E2E">
        <w:rPr>
          <w:rFonts w:eastAsia="Calibri"/>
          <w:lang w:val="ru-RU"/>
        </w:rPr>
        <w:t>Дата: ________________________________________________</w:t>
      </w:r>
    </w:p>
    <w:p w:rsidR="009D3111" w:rsidRPr="00F42E2E" w:rsidRDefault="00D10209">
      <w:pPr>
        <w:pStyle w:val="FormLabel"/>
        <w:spacing w:after="160"/>
        <w:rPr>
          <w:lang w:val="ru-RU"/>
        </w:rPr>
      </w:pPr>
      <w:r w:rsidRPr="00F42E2E">
        <w:rPr>
          <w:rFonts w:eastAsia="Calibri"/>
          <w:lang w:val="ru-RU"/>
        </w:rPr>
        <w:t>Подпись: ________________________________________________</w:t>
      </w:r>
    </w:p>
    <w:p w:rsidR="009D3111" w:rsidRPr="00F42E2E" w:rsidRDefault="00D10209">
      <w:pPr>
        <w:pStyle w:val="FormLabel"/>
        <w:spacing w:after="160"/>
        <w:rPr>
          <w:lang w:val="ru-RU"/>
        </w:rPr>
      </w:pPr>
      <w:r w:rsidRPr="00F42E2E">
        <w:rPr>
          <w:rFonts w:eastAsia="Calibri"/>
          <w:lang w:val="ru-RU"/>
        </w:rPr>
        <w:t>Ф.И.О.: ________________________________________________</w:t>
      </w:r>
    </w:p>
    <w:p w:rsidR="009D3111" w:rsidRPr="00F42E2E" w:rsidRDefault="00D10209">
      <w:pPr>
        <w:rPr>
          <w:lang w:val="ru-RU"/>
        </w:rPr>
      </w:pPr>
      <w:r w:rsidRPr="00F42E2E">
        <w:rPr>
          <w:lang w:val="ru-RU"/>
        </w:rPr>
        <w:br w:type="page"/>
      </w:r>
    </w:p>
    <w:p w:rsidR="009D3111" w:rsidRPr="00F42E2E" w:rsidRDefault="00D10209">
      <w:pPr>
        <w:keepNext/>
        <w:jc w:val="right"/>
        <w:rPr>
          <w:lang w:val="ru-RU"/>
        </w:rPr>
      </w:pPr>
      <w:r w:rsidRPr="00F42E2E">
        <w:rPr>
          <w:rFonts w:eastAsia="Calibri"/>
          <w:color w:val="5A5A5A"/>
          <w:sz w:val="19"/>
          <w:lang w:val="ru-RU"/>
        </w:rPr>
        <w:lastRenderedPageBreak/>
        <w:t>Приложение 8</w:t>
      </w:r>
      <w:r w:rsidRPr="00F42E2E">
        <w:rPr>
          <w:rFonts w:eastAsia="Calibri"/>
          <w:color w:val="5A5A5A"/>
          <w:sz w:val="19"/>
          <w:lang w:val="ru-RU"/>
        </w:rPr>
        <w:br/>
        <w:t>к Правилам внутреннего распорядка обучающихся</w:t>
      </w:r>
    </w:p>
    <w:p w:rsidR="009D3111" w:rsidRDefault="00D10209">
      <w:pPr>
        <w:spacing w:before="240" w:after="240"/>
        <w:jc w:val="center"/>
      </w:pPr>
      <w:proofErr w:type="spellStart"/>
      <w:r>
        <w:rPr>
          <w:rFonts w:eastAsia="Calibri"/>
          <w:b/>
          <w:color w:val="1F4D78"/>
          <w:sz w:val="28"/>
        </w:rPr>
        <w:t>Акт</w:t>
      </w:r>
      <w:proofErr w:type="spellEnd"/>
      <w:r>
        <w:rPr>
          <w:rFonts w:eastAsia="Calibri"/>
          <w:b/>
          <w:color w:val="1F4D78"/>
          <w:sz w:val="28"/>
        </w:rPr>
        <w:t xml:space="preserve"> </w:t>
      </w:r>
      <w:proofErr w:type="spellStart"/>
      <w:r>
        <w:rPr>
          <w:rFonts w:eastAsia="Calibri"/>
          <w:b/>
          <w:color w:val="1F4D78"/>
          <w:sz w:val="28"/>
        </w:rPr>
        <w:t>фиксации</w:t>
      </w:r>
      <w:proofErr w:type="spellEnd"/>
      <w:r>
        <w:rPr>
          <w:rFonts w:eastAsia="Calibri"/>
          <w:b/>
          <w:color w:val="1F4D78"/>
          <w:sz w:val="28"/>
        </w:rPr>
        <w:t xml:space="preserve"> </w:t>
      </w:r>
      <w:proofErr w:type="spellStart"/>
      <w:r>
        <w:rPr>
          <w:rFonts w:eastAsia="Calibri"/>
          <w:b/>
          <w:color w:val="1F4D78"/>
          <w:sz w:val="28"/>
        </w:rPr>
        <w:t>возможного</w:t>
      </w:r>
      <w:proofErr w:type="spellEnd"/>
      <w:r>
        <w:rPr>
          <w:rFonts w:eastAsia="Calibri"/>
          <w:b/>
          <w:color w:val="1F4D78"/>
          <w:sz w:val="28"/>
        </w:rPr>
        <w:t xml:space="preserve"> </w:t>
      </w:r>
      <w:proofErr w:type="spellStart"/>
      <w:r>
        <w:rPr>
          <w:rFonts w:eastAsia="Calibri"/>
          <w:b/>
          <w:color w:val="1F4D78"/>
          <w:sz w:val="28"/>
        </w:rPr>
        <w:t>дисциплинарного</w:t>
      </w:r>
      <w:proofErr w:type="spellEnd"/>
      <w:r>
        <w:rPr>
          <w:rFonts w:eastAsia="Calibri"/>
          <w:b/>
          <w:color w:val="1F4D78"/>
          <w:sz w:val="28"/>
        </w:rPr>
        <w:t xml:space="preserve"> проступка</w:t>
      </w:r>
    </w:p>
    <w:tbl>
      <w:tblPr>
        <w:tblStyle w:val="aff0"/>
        <w:tblW w:w="0" w:type="auto"/>
        <w:jc w:val="center"/>
        <w:tblLayout w:type="fixed"/>
        <w:tblLook w:val="04A0" w:firstRow="1" w:lastRow="0" w:firstColumn="1" w:lastColumn="0" w:noHBand="0" w:noVBand="1"/>
      </w:tblPr>
      <w:tblGrid>
        <w:gridCol w:w="2948"/>
        <w:gridCol w:w="6406"/>
      </w:tblGrid>
      <w:tr w:rsidR="009D3111">
        <w:trPr>
          <w:jc w:val="center"/>
        </w:trPr>
        <w:tc>
          <w:tcPr>
            <w:tcW w:w="2948" w:type="dxa"/>
            <w:shd w:val="clear" w:color="auto" w:fill="F2F4F7"/>
            <w:tcMar>
              <w:top w:w="90" w:type="dxa"/>
              <w:left w:w="120" w:type="dxa"/>
              <w:bottom w:w="90" w:type="dxa"/>
              <w:right w:w="120" w:type="dxa"/>
            </w:tcMar>
          </w:tcPr>
          <w:p w:rsidR="009D3111" w:rsidRDefault="00D10209">
            <w:r>
              <w:t>Дата, время и место</w:t>
            </w:r>
          </w:p>
        </w:tc>
        <w:tc>
          <w:tcPr>
            <w:tcW w:w="6406" w:type="dxa"/>
            <w:tcMar>
              <w:top w:w="90" w:type="dxa"/>
              <w:left w:w="120" w:type="dxa"/>
              <w:bottom w:w="90" w:type="dxa"/>
              <w:right w:w="120" w:type="dxa"/>
            </w:tcMar>
          </w:tcPr>
          <w:p w:rsidR="009D3111" w:rsidRDefault="00D10209">
            <w:r>
              <w:t>[указать]</w:t>
            </w:r>
          </w:p>
        </w:tc>
      </w:tr>
      <w:tr w:rsidR="009D3111">
        <w:trPr>
          <w:jc w:val="center"/>
        </w:trPr>
        <w:tc>
          <w:tcPr>
            <w:tcW w:w="2948" w:type="dxa"/>
            <w:shd w:val="clear" w:color="auto" w:fill="F2F4F7"/>
            <w:tcMar>
              <w:top w:w="90" w:type="dxa"/>
              <w:left w:w="120" w:type="dxa"/>
              <w:bottom w:w="90" w:type="dxa"/>
              <w:right w:w="120" w:type="dxa"/>
            </w:tcMar>
          </w:tcPr>
          <w:p w:rsidR="009D3111" w:rsidRDefault="00D10209">
            <w:r>
              <w:t>Обучающийся</w:t>
            </w:r>
          </w:p>
        </w:tc>
        <w:tc>
          <w:tcPr>
            <w:tcW w:w="6406" w:type="dxa"/>
            <w:tcMar>
              <w:top w:w="90" w:type="dxa"/>
              <w:left w:w="120" w:type="dxa"/>
              <w:bottom w:w="90" w:type="dxa"/>
              <w:right w:w="120" w:type="dxa"/>
            </w:tcMar>
          </w:tcPr>
          <w:p w:rsidR="009D3111" w:rsidRDefault="00D10209">
            <w:r>
              <w:t>[Ф.И.О., класс]</w:t>
            </w:r>
          </w:p>
        </w:tc>
      </w:tr>
      <w:tr w:rsidR="009D3111" w:rsidRPr="003E4E25">
        <w:trPr>
          <w:jc w:val="center"/>
        </w:trPr>
        <w:tc>
          <w:tcPr>
            <w:tcW w:w="2948" w:type="dxa"/>
            <w:shd w:val="clear" w:color="auto" w:fill="F2F4F7"/>
            <w:tcMar>
              <w:top w:w="90" w:type="dxa"/>
              <w:left w:w="120" w:type="dxa"/>
              <w:bottom w:w="90" w:type="dxa"/>
              <w:right w:w="120" w:type="dxa"/>
            </w:tcMar>
          </w:tcPr>
          <w:p w:rsidR="009D3111" w:rsidRDefault="00D10209">
            <w:r>
              <w:t>Фактические обстоятельства</w:t>
            </w:r>
          </w:p>
        </w:tc>
        <w:tc>
          <w:tcPr>
            <w:tcW w:w="6406" w:type="dxa"/>
            <w:tcMar>
              <w:top w:w="90" w:type="dxa"/>
              <w:left w:w="120" w:type="dxa"/>
              <w:bottom w:w="90" w:type="dxa"/>
              <w:right w:w="120" w:type="dxa"/>
            </w:tcMar>
          </w:tcPr>
          <w:p w:rsidR="009D3111" w:rsidRPr="00F42E2E" w:rsidRDefault="00D10209">
            <w:pPr>
              <w:rPr>
                <w:lang w:val="ru-RU"/>
              </w:rPr>
            </w:pPr>
            <w:r w:rsidRPr="00F42E2E">
              <w:rPr>
                <w:lang w:val="ru-RU"/>
              </w:rPr>
              <w:t>[описать действия, последствия и контекст без правовых выводов]</w:t>
            </w:r>
          </w:p>
        </w:tc>
      </w:tr>
      <w:tr w:rsidR="009D3111" w:rsidRPr="003E4E25">
        <w:trPr>
          <w:jc w:val="center"/>
        </w:trPr>
        <w:tc>
          <w:tcPr>
            <w:tcW w:w="2948" w:type="dxa"/>
            <w:shd w:val="clear" w:color="auto" w:fill="F2F4F7"/>
            <w:tcMar>
              <w:top w:w="90" w:type="dxa"/>
              <w:left w:w="120" w:type="dxa"/>
              <w:bottom w:w="90" w:type="dxa"/>
              <w:right w:w="120" w:type="dxa"/>
            </w:tcMar>
          </w:tcPr>
          <w:p w:rsidR="009D3111" w:rsidRDefault="00D10209">
            <w:proofErr w:type="spellStart"/>
            <w:r>
              <w:t>Свидетели</w:t>
            </w:r>
            <w:proofErr w:type="spellEnd"/>
          </w:p>
        </w:tc>
        <w:tc>
          <w:tcPr>
            <w:tcW w:w="6406" w:type="dxa"/>
            <w:tcMar>
              <w:top w:w="90" w:type="dxa"/>
              <w:left w:w="120" w:type="dxa"/>
              <w:bottom w:w="90" w:type="dxa"/>
              <w:right w:w="120" w:type="dxa"/>
            </w:tcMar>
          </w:tcPr>
          <w:p w:rsidR="009D3111" w:rsidRPr="00F42E2E" w:rsidRDefault="00D10209">
            <w:pPr>
              <w:rPr>
                <w:lang w:val="ru-RU"/>
              </w:rPr>
            </w:pPr>
            <w:r w:rsidRPr="00F42E2E">
              <w:rPr>
                <w:lang w:val="ru-RU"/>
              </w:rPr>
              <w:t>[Ф.И.О., контакты/класс]</w:t>
            </w:r>
          </w:p>
        </w:tc>
      </w:tr>
      <w:tr w:rsidR="009D3111" w:rsidRPr="003E4E25">
        <w:trPr>
          <w:jc w:val="center"/>
        </w:trPr>
        <w:tc>
          <w:tcPr>
            <w:tcW w:w="2948" w:type="dxa"/>
            <w:shd w:val="clear" w:color="auto" w:fill="F2F4F7"/>
            <w:tcMar>
              <w:top w:w="90" w:type="dxa"/>
              <w:left w:w="120" w:type="dxa"/>
              <w:bottom w:w="90" w:type="dxa"/>
              <w:right w:w="120" w:type="dxa"/>
            </w:tcMar>
          </w:tcPr>
          <w:p w:rsidR="009D3111" w:rsidRDefault="00D10209">
            <w:proofErr w:type="spellStart"/>
            <w:r>
              <w:t>Материалы</w:t>
            </w:r>
            <w:proofErr w:type="spellEnd"/>
          </w:p>
        </w:tc>
        <w:tc>
          <w:tcPr>
            <w:tcW w:w="6406" w:type="dxa"/>
            <w:tcMar>
              <w:top w:w="90" w:type="dxa"/>
              <w:left w:w="120" w:type="dxa"/>
              <w:bottom w:w="90" w:type="dxa"/>
              <w:right w:w="120" w:type="dxa"/>
            </w:tcMar>
          </w:tcPr>
          <w:p w:rsidR="009D3111" w:rsidRPr="00F42E2E" w:rsidRDefault="00D10209">
            <w:pPr>
              <w:rPr>
                <w:lang w:val="ru-RU"/>
              </w:rPr>
            </w:pPr>
            <w:r w:rsidRPr="00F42E2E">
              <w:rPr>
                <w:lang w:val="ru-RU"/>
              </w:rPr>
              <w:t>[документы, записи, фотографии — при законном получении]</w:t>
            </w:r>
          </w:p>
        </w:tc>
      </w:tr>
      <w:tr w:rsidR="009D3111">
        <w:trPr>
          <w:jc w:val="center"/>
        </w:trPr>
        <w:tc>
          <w:tcPr>
            <w:tcW w:w="2948" w:type="dxa"/>
            <w:shd w:val="clear" w:color="auto" w:fill="F2F4F7"/>
            <w:tcMar>
              <w:top w:w="90" w:type="dxa"/>
              <w:left w:w="120" w:type="dxa"/>
              <w:bottom w:w="90" w:type="dxa"/>
              <w:right w:w="120" w:type="dxa"/>
            </w:tcMar>
          </w:tcPr>
          <w:p w:rsidR="009D3111" w:rsidRDefault="00D10209">
            <w:proofErr w:type="spellStart"/>
            <w:r>
              <w:t>Неотложные</w:t>
            </w:r>
            <w:proofErr w:type="spellEnd"/>
            <w:r>
              <w:t xml:space="preserve"> </w:t>
            </w:r>
            <w:proofErr w:type="spellStart"/>
            <w:r>
              <w:t>меры</w:t>
            </w:r>
            <w:proofErr w:type="spellEnd"/>
          </w:p>
        </w:tc>
        <w:tc>
          <w:tcPr>
            <w:tcW w:w="6406" w:type="dxa"/>
            <w:tcMar>
              <w:top w:w="90" w:type="dxa"/>
              <w:left w:w="120" w:type="dxa"/>
              <w:bottom w:w="90" w:type="dxa"/>
              <w:right w:w="120" w:type="dxa"/>
            </w:tcMar>
          </w:tcPr>
          <w:p w:rsidR="009D3111" w:rsidRDefault="00D10209">
            <w:r>
              <w:t>[указать]</w:t>
            </w:r>
          </w:p>
        </w:tc>
      </w:tr>
      <w:tr w:rsidR="009D3111">
        <w:trPr>
          <w:jc w:val="center"/>
        </w:trPr>
        <w:tc>
          <w:tcPr>
            <w:tcW w:w="2948" w:type="dxa"/>
            <w:shd w:val="clear" w:color="auto" w:fill="F2F4F7"/>
            <w:tcMar>
              <w:top w:w="90" w:type="dxa"/>
              <w:left w:w="120" w:type="dxa"/>
              <w:bottom w:w="90" w:type="dxa"/>
              <w:right w:w="120" w:type="dxa"/>
            </w:tcMar>
          </w:tcPr>
          <w:p w:rsidR="009D3111" w:rsidRDefault="00D10209">
            <w:r>
              <w:t>Предположительно нарушенная норма</w:t>
            </w:r>
          </w:p>
        </w:tc>
        <w:tc>
          <w:tcPr>
            <w:tcW w:w="6406" w:type="dxa"/>
            <w:tcMar>
              <w:top w:w="90" w:type="dxa"/>
              <w:left w:w="120" w:type="dxa"/>
              <w:bottom w:w="90" w:type="dxa"/>
              <w:right w:w="120" w:type="dxa"/>
            </w:tcMar>
          </w:tcPr>
          <w:p w:rsidR="009D3111" w:rsidRDefault="00D10209">
            <w:r>
              <w:t>[пункт Правил/устава]</w:t>
            </w:r>
          </w:p>
        </w:tc>
      </w:tr>
    </w:tbl>
    <w:p w:rsidR="009D3111" w:rsidRDefault="00D10209">
      <w:pPr>
        <w:pStyle w:val="FormLabel"/>
        <w:spacing w:after="160"/>
      </w:pPr>
      <w:r>
        <w:rPr>
          <w:rFonts w:eastAsia="Calibri"/>
        </w:rPr>
        <w:t>Составитель: ________________________________________________</w:t>
      </w:r>
    </w:p>
    <w:p w:rsidR="009D3111" w:rsidRDefault="00D10209">
      <w:pPr>
        <w:pStyle w:val="FormLabel"/>
        <w:spacing w:after="160"/>
      </w:pPr>
      <w:r>
        <w:rPr>
          <w:rFonts w:eastAsia="Calibri"/>
        </w:rPr>
        <w:t>Лицо, присутствовавшее при фиксации: ________________________________________________</w:t>
      </w:r>
    </w:p>
    <w:p w:rsidR="009D3111" w:rsidRDefault="00D10209">
      <w:pPr>
        <w:pStyle w:val="FormLabel"/>
        <w:spacing w:after="160"/>
      </w:pPr>
      <w:r>
        <w:rPr>
          <w:rFonts w:eastAsia="Calibri"/>
        </w:rPr>
        <w:t>Обучающийся ознакомлен(а), замечания: ________________________________________________</w:t>
      </w:r>
    </w:p>
    <w:p w:rsidR="009D3111" w:rsidRDefault="00D10209">
      <w:r>
        <w:br w:type="page"/>
      </w:r>
    </w:p>
    <w:p w:rsidR="009D3111" w:rsidRPr="00F42E2E" w:rsidRDefault="00D10209">
      <w:pPr>
        <w:keepNext/>
        <w:jc w:val="right"/>
        <w:rPr>
          <w:lang w:val="ru-RU"/>
        </w:rPr>
      </w:pPr>
      <w:r w:rsidRPr="00F42E2E">
        <w:rPr>
          <w:rFonts w:eastAsia="Calibri"/>
          <w:color w:val="5A5A5A"/>
          <w:sz w:val="19"/>
          <w:lang w:val="ru-RU"/>
        </w:rPr>
        <w:lastRenderedPageBreak/>
        <w:t>Приложение 9</w:t>
      </w:r>
      <w:r w:rsidRPr="00F42E2E">
        <w:rPr>
          <w:rFonts w:eastAsia="Calibri"/>
          <w:color w:val="5A5A5A"/>
          <w:sz w:val="19"/>
          <w:lang w:val="ru-RU"/>
        </w:rPr>
        <w:br/>
        <w:t>к Правилам внутреннего распорядка обучающихся</w:t>
      </w:r>
    </w:p>
    <w:p w:rsidR="009D3111" w:rsidRPr="00F42E2E" w:rsidRDefault="00D10209">
      <w:pPr>
        <w:spacing w:before="240" w:after="240"/>
        <w:jc w:val="center"/>
        <w:rPr>
          <w:lang w:val="ru-RU"/>
        </w:rPr>
      </w:pPr>
      <w:r w:rsidRPr="00F42E2E">
        <w:rPr>
          <w:rFonts w:eastAsia="Calibri"/>
          <w:b/>
          <w:color w:val="1F4D78"/>
          <w:sz w:val="28"/>
          <w:lang w:val="ru-RU"/>
        </w:rPr>
        <w:t>Проект приказа о применении дисциплинарного взыскания</w:t>
      </w:r>
    </w:p>
    <w:p w:rsidR="009D3111" w:rsidRPr="00F42E2E" w:rsidRDefault="00D10209">
      <w:pPr>
        <w:jc w:val="center"/>
        <w:rPr>
          <w:lang w:val="ru-RU"/>
        </w:rPr>
      </w:pPr>
      <w:r w:rsidRPr="00F42E2E">
        <w:rPr>
          <w:rFonts w:eastAsia="Calibri"/>
          <w:lang w:val="ru-RU"/>
        </w:rPr>
        <w:t>[полное наименование школы]</w:t>
      </w:r>
    </w:p>
    <w:p w:rsidR="009D3111" w:rsidRPr="00F42E2E" w:rsidRDefault="00D10209">
      <w:pPr>
        <w:jc w:val="center"/>
        <w:rPr>
          <w:lang w:val="ru-RU"/>
        </w:rPr>
      </w:pPr>
      <w:r w:rsidRPr="00F42E2E">
        <w:rPr>
          <w:rFonts w:eastAsia="Calibri"/>
          <w:b/>
          <w:sz w:val="28"/>
          <w:lang w:val="ru-RU"/>
        </w:rPr>
        <w:t>ПРИКАЗ</w:t>
      </w:r>
    </w:p>
    <w:p w:rsidR="009D3111" w:rsidRPr="00F42E2E" w:rsidRDefault="00D10209">
      <w:pPr>
        <w:rPr>
          <w:lang w:val="ru-RU"/>
        </w:rPr>
      </w:pPr>
      <w:r w:rsidRPr="00F42E2E">
        <w:rPr>
          <w:rFonts w:eastAsia="Calibri"/>
          <w:lang w:val="ru-RU"/>
        </w:rPr>
        <w:t>от [дата]                                  № [номер]</w:t>
      </w:r>
      <w:r w:rsidRPr="00F42E2E">
        <w:rPr>
          <w:rFonts w:eastAsia="Calibri"/>
          <w:lang w:val="ru-RU"/>
        </w:rPr>
        <w:br/>
        <w:t>[населенный пункт]</w:t>
      </w:r>
    </w:p>
    <w:p w:rsidR="009D3111" w:rsidRPr="00F42E2E" w:rsidRDefault="00D10209">
      <w:pPr>
        <w:jc w:val="center"/>
        <w:rPr>
          <w:lang w:val="ru-RU"/>
        </w:rPr>
      </w:pPr>
      <w:r w:rsidRPr="00F42E2E">
        <w:rPr>
          <w:rFonts w:eastAsia="Calibri"/>
          <w:b/>
          <w:sz w:val="24"/>
          <w:lang w:val="ru-RU"/>
        </w:rPr>
        <w:t>О применении дисциплинарного взыскания</w:t>
      </w:r>
    </w:p>
    <w:p w:rsidR="009D3111" w:rsidRPr="00F42E2E" w:rsidRDefault="00D10209">
      <w:pPr>
        <w:rPr>
          <w:lang w:val="ru-RU"/>
        </w:rPr>
      </w:pPr>
      <w:r w:rsidRPr="00F42E2E">
        <w:rPr>
          <w:rFonts w:eastAsia="Calibri"/>
          <w:lang w:val="ru-RU"/>
        </w:rPr>
        <w:t xml:space="preserve">На основании установленных фактов [краткое описание], с учетом письменного объяснения от [дата] / акта от [дата], тяжести, причин и обстоятельств проступка, предыдущего поведения, психофизического и эмоционального состояния обучающегося, мотивированного мнения совета обучающихся от [дата] и совета родителей от [дата], руководствуясь статьей 43 Федерального закона № 273-ФЗ и приказом </w:t>
      </w:r>
      <w:proofErr w:type="spellStart"/>
      <w:r w:rsidRPr="00F42E2E">
        <w:rPr>
          <w:rFonts w:eastAsia="Calibri"/>
          <w:lang w:val="ru-RU"/>
        </w:rPr>
        <w:t>Минпросвещения</w:t>
      </w:r>
      <w:proofErr w:type="spellEnd"/>
      <w:r w:rsidRPr="00F42E2E">
        <w:rPr>
          <w:rFonts w:eastAsia="Calibri"/>
          <w:lang w:val="ru-RU"/>
        </w:rPr>
        <w:t xml:space="preserve"> России от 27.03.2025 № 243,</w:t>
      </w:r>
    </w:p>
    <w:p w:rsidR="009D3111" w:rsidRPr="00F42E2E" w:rsidRDefault="00D10209">
      <w:pPr>
        <w:rPr>
          <w:lang w:val="ru-RU"/>
        </w:rPr>
      </w:pPr>
      <w:r w:rsidRPr="00F42E2E">
        <w:rPr>
          <w:rFonts w:eastAsia="Calibri"/>
          <w:b/>
          <w:lang w:val="ru-RU"/>
        </w:rPr>
        <w:t>ПРИКАЗЫВАЮ:</w:t>
      </w:r>
    </w:p>
    <w:p w:rsidR="009D3111" w:rsidRPr="00F42E2E" w:rsidRDefault="00D10209">
      <w:pPr>
        <w:spacing w:after="80"/>
        <w:ind w:firstLine="425"/>
        <w:rPr>
          <w:lang w:val="ru-RU"/>
        </w:rPr>
      </w:pPr>
      <w:r w:rsidRPr="00F42E2E">
        <w:rPr>
          <w:rFonts w:eastAsia="Calibri"/>
          <w:lang w:val="ru-RU"/>
        </w:rPr>
        <w:t>1. Применить к [Ф.И.О., класс] меру дисциплинарного взыскания — [замечание/выговор].</w:t>
      </w:r>
    </w:p>
    <w:p w:rsidR="009D3111" w:rsidRPr="00F42E2E" w:rsidRDefault="00D10209">
      <w:pPr>
        <w:spacing w:after="80"/>
        <w:ind w:firstLine="425"/>
        <w:rPr>
          <w:lang w:val="ru-RU"/>
        </w:rPr>
      </w:pPr>
      <w:r w:rsidRPr="00F42E2E">
        <w:rPr>
          <w:rFonts w:eastAsia="Calibri"/>
          <w:lang w:val="ru-RU"/>
        </w:rPr>
        <w:t>2. Классному руководителю довести приказ до обучающегося и родителей в течение трех учебных дней установленным способом.</w:t>
      </w:r>
    </w:p>
    <w:p w:rsidR="009D3111" w:rsidRPr="00F42E2E" w:rsidRDefault="00D10209">
      <w:pPr>
        <w:spacing w:after="80"/>
        <w:ind w:firstLine="425"/>
        <w:rPr>
          <w:lang w:val="ru-RU"/>
        </w:rPr>
      </w:pPr>
      <w:r w:rsidRPr="00F42E2E">
        <w:rPr>
          <w:rFonts w:eastAsia="Calibri"/>
          <w:lang w:val="ru-RU"/>
        </w:rPr>
        <w:t>3. Разъяснить право обжалования в комиссию по урегулированию споров.</w:t>
      </w:r>
    </w:p>
    <w:p w:rsidR="009D3111" w:rsidRPr="00F42E2E" w:rsidRDefault="00D10209">
      <w:pPr>
        <w:spacing w:after="80"/>
        <w:ind w:firstLine="425"/>
        <w:rPr>
          <w:lang w:val="ru-RU"/>
        </w:rPr>
      </w:pPr>
      <w:r w:rsidRPr="00F42E2E">
        <w:rPr>
          <w:rFonts w:eastAsia="Calibri"/>
          <w:lang w:val="ru-RU"/>
        </w:rPr>
        <w:t>4. Контроль исполнения возложить на [должность, Ф.И.О.].</w:t>
      </w:r>
    </w:p>
    <w:p w:rsidR="009D3111" w:rsidRPr="00F42E2E" w:rsidRDefault="00D10209">
      <w:pPr>
        <w:rPr>
          <w:lang w:val="ru-RU"/>
        </w:rPr>
      </w:pPr>
      <w:r w:rsidRPr="00F42E2E">
        <w:rPr>
          <w:rFonts w:eastAsia="Calibri"/>
          <w:lang w:val="ru-RU"/>
        </w:rPr>
        <w:t>Основание: [исчерпывающий перечень документов].</w:t>
      </w:r>
    </w:p>
    <w:p w:rsidR="009D3111" w:rsidRPr="00F42E2E" w:rsidRDefault="00D10209">
      <w:pPr>
        <w:pStyle w:val="FormLabel"/>
        <w:spacing w:after="160"/>
        <w:rPr>
          <w:lang w:val="ru-RU"/>
        </w:rPr>
      </w:pPr>
      <w:r w:rsidRPr="00F42E2E">
        <w:rPr>
          <w:rFonts w:eastAsia="Calibri"/>
          <w:lang w:val="ru-RU"/>
        </w:rPr>
        <w:t>Директор: ________________________________________________</w:t>
      </w:r>
    </w:p>
    <w:p w:rsidR="009D3111" w:rsidRPr="00F42E2E" w:rsidRDefault="00D10209">
      <w:pPr>
        <w:pStyle w:val="FormLabel"/>
        <w:spacing w:after="160"/>
        <w:rPr>
          <w:lang w:val="ru-RU"/>
        </w:rPr>
      </w:pPr>
      <w:r w:rsidRPr="00F42E2E">
        <w:rPr>
          <w:rFonts w:eastAsia="Calibri"/>
          <w:lang w:val="ru-RU"/>
        </w:rPr>
        <w:t>С приказом ознакомлен обучающийся: ________________________________________________</w:t>
      </w:r>
    </w:p>
    <w:p w:rsidR="009D3111" w:rsidRPr="00F42E2E" w:rsidRDefault="00D10209">
      <w:pPr>
        <w:pStyle w:val="FormLabel"/>
        <w:spacing w:after="160"/>
        <w:rPr>
          <w:lang w:val="ru-RU"/>
        </w:rPr>
      </w:pPr>
      <w:r w:rsidRPr="00F42E2E">
        <w:rPr>
          <w:rFonts w:eastAsia="Calibri"/>
          <w:lang w:val="ru-RU"/>
        </w:rPr>
        <w:t>С приказом ознакомлен родитель: ________________________________________________</w:t>
      </w:r>
    </w:p>
    <w:p w:rsidR="009D3111" w:rsidRPr="00F42E2E" w:rsidRDefault="00D10209">
      <w:pPr>
        <w:rPr>
          <w:lang w:val="ru-RU"/>
        </w:rPr>
      </w:pPr>
      <w:r w:rsidRPr="00F42E2E">
        <w:rPr>
          <w:lang w:val="ru-RU"/>
        </w:rPr>
        <w:br w:type="page"/>
      </w:r>
    </w:p>
    <w:p w:rsidR="009D3111" w:rsidRPr="00F42E2E" w:rsidRDefault="00D10209">
      <w:pPr>
        <w:keepNext/>
        <w:jc w:val="right"/>
        <w:rPr>
          <w:lang w:val="ru-RU"/>
        </w:rPr>
      </w:pPr>
      <w:r w:rsidRPr="00F42E2E">
        <w:rPr>
          <w:rFonts w:eastAsia="Calibri"/>
          <w:color w:val="5A5A5A"/>
          <w:sz w:val="19"/>
          <w:lang w:val="ru-RU"/>
        </w:rPr>
        <w:lastRenderedPageBreak/>
        <w:t>Приложение 10</w:t>
      </w:r>
      <w:r w:rsidRPr="00F42E2E">
        <w:rPr>
          <w:rFonts w:eastAsia="Calibri"/>
          <w:color w:val="5A5A5A"/>
          <w:sz w:val="19"/>
          <w:lang w:val="ru-RU"/>
        </w:rPr>
        <w:br/>
        <w:t>к Правилам внутреннего распорядка обучающихся</w:t>
      </w:r>
    </w:p>
    <w:p w:rsidR="009D3111" w:rsidRPr="00F42E2E" w:rsidRDefault="00D10209">
      <w:pPr>
        <w:spacing w:before="240" w:after="240"/>
        <w:jc w:val="center"/>
        <w:rPr>
          <w:lang w:val="ru-RU"/>
        </w:rPr>
      </w:pPr>
      <w:r w:rsidRPr="00F42E2E">
        <w:rPr>
          <w:rFonts w:eastAsia="Calibri"/>
          <w:b/>
          <w:color w:val="1F4D78"/>
          <w:sz w:val="28"/>
          <w:lang w:val="ru-RU"/>
        </w:rPr>
        <w:t>Проект приказа о досрочном снятии взыскания</w:t>
      </w:r>
    </w:p>
    <w:p w:rsidR="009D3111" w:rsidRPr="00F42E2E" w:rsidRDefault="00D10209">
      <w:pPr>
        <w:jc w:val="center"/>
        <w:rPr>
          <w:lang w:val="ru-RU"/>
        </w:rPr>
      </w:pPr>
      <w:r w:rsidRPr="00F42E2E">
        <w:rPr>
          <w:rFonts w:eastAsia="Calibri"/>
          <w:lang w:val="ru-RU"/>
        </w:rPr>
        <w:t>[полное наименование школы]</w:t>
      </w:r>
    </w:p>
    <w:p w:rsidR="009D3111" w:rsidRPr="00F42E2E" w:rsidRDefault="00D10209">
      <w:pPr>
        <w:jc w:val="center"/>
        <w:rPr>
          <w:lang w:val="ru-RU"/>
        </w:rPr>
      </w:pPr>
      <w:r w:rsidRPr="00F42E2E">
        <w:rPr>
          <w:rFonts w:eastAsia="Calibri"/>
          <w:b/>
          <w:sz w:val="28"/>
          <w:lang w:val="ru-RU"/>
        </w:rPr>
        <w:t>ПРИКАЗ</w:t>
      </w:r>
    </w:p>
    <w:p w:rsidR="009D3111" w:rsidRPr="00F42E2E" w:rsidRDefault="00D10209">
      <w:pPr>
        <w:rPr>
          <w:lang w:val="ru-RU"/>
        </w:rPr>
      </w:pPr>
      <w:r w:rsidRPr="00F42E2E">
        <w:rPr>
          <w:rFonts w:eastAsia="Calibri"/>
          <w:lang w:val="ru-RU"/>
        </w:rPr>
        <w:t>от [дата]                                  № [номер]</w:t>
      </w:r>
      <w:r w:rsidRPr="00F42E2E">
        <w:rPr>
          <w:rFonts w:eastAsia="Calibri"/>
          <w:lang w:val="ru-RU"/>
        </w:rPr>
        <w:br/>
        <w:t>[населенный пункт]</w:t>
      </w:r>
    </w:p>
    <w:p w:rsidR="009D3111" w:rsidRPr="00F42E2E" w:rsidRDefault="00D10209">
      <w:pPr>
        <w:jc w:val="center"/>
        <w:rPr>
          <w:lang w:val="ru-RU"/>
        </w:rPr>
      </w:pPr>
      <w:r w:rsidRPr="00F42E2E">
        <w:rPr>
          <w:rFonts w:eastAsia="Calibri"/>
          <w:b/>
          <w:sz w:val="24"/>
          <w:lang w:val="ru-RU"/>
        </w:rPr>
        <w:t>О досрочном снятии дисциплинарного взыскания</w:t>
      </w:r>
    </w:p>
    <w:p w:rsidR="009D3111" w:rsidRPr="00F42E2E" w:rsidRDefault="00D10209">
      <w:pPr>
        <w:rPr>
          <w:lang w:val="ru-RU"/>
        </w:rPr>
      </w:pPr>
      <w:r w:rsidRPr="00F42E2E">
        <w:rPr>
          <w:rFonts w:eastAsia="Calibri"/>
          <w:lang w:val="ru-RU"/>
        </w:rPr>
        <w:t xml:space="preserve">В связи с [положительная динамика/ходатайство/просьба] и на основании статьи 43 Федерального закона № 273-ФЗ и приказа </w:t>
      </w:r>
      <w:proofErr w:type="spellStart"/>
      <w:r w:rsidRPr="00F42E2E">
        <w:rPr>
          <w:rFonts w:eastAsia="Calibri"/>
          <w:lang w:val="ru-RU"/>
        </w:rPr>
        <w:t>Минпросвещения</w:t>
      </w:r>
      <w:proofErr w:type="spellEnd"/>
      <w:r w:rsidRPr="00F42E2E">
        <w:rPr>
          <w:rFonts w:eastAsia="Calibri"/>
          <w:lang w:val="ru-RU"/>
        </w:rPr>
        <w:t xml:space="preserve"> России от 27.03.2025 № 243</w:t>
      </w:r>
    </w:p>
    <w:p w:rsidR="009D3111" w:rsidRPr="00F42E2E" w:rsidRDefault="00D10209">
      <w:pPr>
        <w:rPr>
          <w:lang w:val="ru-RU"/>
        </w:rPr>
      </w:pPr>
      <w:r w:rsidRPr="00F42E2E">
        <w:rPr>
          <w:rFonts w:eastAsia="Calibri"/>
          <w:b/>
          <w:lang w:val="ru-RU"/>
        </w:rPr>
        <w:t>ПРИКАЗЫВАЮ:</w:t>
      </w:r>
    </w:p>
    <w:p w:rsidR="009D3111" w:rsidRPr="00F42E2E" w:rsidRDefault="00D10209">
      <w:pPr>
        <w:spacing w:after="80"/>
        <w:ind w:firstLine="425"/>
        <w:rPr>
          <w:lang w:val="ru-RU"/>
        </w:rPr>
      </w:pPr>
      <w:r w:rsidRPr="00F42E2E">
        <w:rPr>
          <w:rFonts w:eastAsia="Calibri"/>
          <w:lang w:val="ru-RU"/>
        </w:rPr>
        <w:t>1. Снять с [Ф.И.О., класс] дисциплинарное взыскание, примененное приказом от [дата] № [номер], с [дата].</w:t>
      </w:r>
    </w:p>
    <w:p w:rsidR="009D3111" w:rsidRPr="00F42E2E" w:rsidRDefault="00D10209">
      <w:pPr>
        <w:spacing w:after="80"/>
        <w:ind w:firstLine="425"/>
        <w:rPr>
          <w:lang w:val="ru-RU"/>
        </w:rPr>
      </w:pPr>
      <w:r w:rsidRPr="00F42E2E">
        <w:rPr>
          <w:rFonts w:eastAsia="Calibri"/>
          <w:lang w:val="ru-RU"/>
        </w:rPr>
        <w:t>2. Ознакомить обучающегося и родителей с настоящим приказом.</w:t>
      </w:r>
    </w:p>
    <w:p w:rsidR="009D3111" w:rsidRPr="00F42E2E" w:rsidRDefault="00D10209">
      <w:pPr>
        <w:pStyle w:val="FormLabel"/>
        <w:spacing w:after="160"/>
        <w:rPr>
          <w:lang w:val="ru-RU"/>
        </w:rPr>
      </w:pPr>
      <w:r w:rsidRPr="00F42E2E">
        <w:rPr>
          <w:rFonts w:eastAsia="Calibri"/>
          <w:lang w:val="ru-RU"/>
        </w:rPr>
        <w:t>Директор: ________________________________________________</w:t>
      </w:r>
    </w:p>
    <w:p w:rsidR="009D3111" w:rsidRPr="00F42E2E" w:rsidRDefault="00D10209">
      <w:pPr>
        <w:pStyle w:val="FormLabel"/>
        <w:spacing w:after="160"/>
        <w:rPr>
          <w:lang w:val="ru-RU"/>
        </w:rPr>
      </w:pPr>
      <w:r w:rsidRPr="00F42E2E">
        <w:rPr>
          <w:rFonts w:eastAsia="Calibri"/>
          <w:lang w:val="ru-RU"/>
        </w:rPr>
        <w:t>Ознакомлен(а) обучающийся: ________________________________________________</w:t>
      </w:r>
    </w:p>
    <w:p w:rsidR="009D3111" w:rsidRPr="00F42E2E" w:rsidRDefault="00D10209">
      <w:pPr>
        <w:pStyle w:val="FormLabel"/>
        <w:spacing w:after="160"/>
        <w:rPr>
          <w:lang w:val="ru-RU"/>
        </w:rPr>
      </w:pPr>
      <w:r w:rsidRPr="00F42E2E">
        <w:rPr>
          <w:rFonts w:eastAsia="Calibri"/>
          <w:lang w:val="ru-RU"/>
        </w:rPr>
        <w:t>Ознакомлен(а) родитель: ________________________________________________</w:t>
      </w:r>
    </w:p>
    <w:p w:rsidR="009D3111" w:rsidRPr="00F42E2E" w:rsidRDefault="00D10209">
      <w:pPr>
        <w:rPr>
          <w:lang w:val="ru-RU"/>
        </w:rPr>
      </w:pPr>
      <w:r w:rsidRPr="00F42E2E">
        <w:rPr>
          <w:lang w:val="ru-RU"/>
        </w:rPr>
        <w:br w:type="page"/>
      </w:r>
    </w:p>
    <w:p w:rsidR="009D3111" w:rsidRPr="00F42E2E" w:rsidRDefault="00D10209">
      <w:pPr>
        <w:keepNext/>
        <w:jc w:val="right"/>
        <w:rPr>
          <w:lang w:val="ru-RU"/>
        </w:rPr>
      </w:pPr>
      <w:r w:rsidRPr="00F42E2E">
        <w:rPr>
          <w:rFonts w:eastAsia="Calibri"/>
          <w:color w:val="5A5A5A"/>
          <w:sz w:val="19"/>
          <w:lang w:val="ru-RU"/>
        </w:rPr>
        <w:lastRenderedPageBreak/>
        <w:t>Приложение 11</w:t>
      </w:r>
      <w:r w:rsidRPr="00F42E2E">
        <w:rPr>
          <w:rFonts w:eastAsia="Calibri"/>
          <w:color w:val="5A5A5A"/>
          <w:sz w:val="19"/>
          <w:lang w:val="ru-RU"/>
        </w:rPr>
        <w:br/>
        <w:t>к Правилам внутреннего распорядка обучающихся</w:t>
      </w:r>
    </w:p>
    <w:p w:rsidR="009D3111" w:rsidRPr="00F42E2E" w:rsidRDefault="00D10209">
      <w:pPr>
        <w:spacing w:before="240" w:after="240"/>
        <w:jc w:val="center"/>
        <w:rPr>
          <w:lang w:val="ru-RU"/>
        </w:rPr>
      </w:pPr>
      <w:r w:rsidRPr="00F42E2E">
        <w:rPr>
          <w:rFonts w:eastAsia="Calibri"/>
          <w:b/>
          <w:color w:val="1F4D78"/>
          <w:sz w:val="28"/>
          <w:lang w:val="ru-RU"/>
        </w:rPr>
        <w:t>Протокол учета мнения совета обучающихся</w:t>
      </w:r>
    </w:p>
    <w:p w:rsidR="009D3111" w:rsidRPr="00F42E2E" w:rsidRDefault="00D10209">
      <w:pPr>
        <w:jc w:val="center"/>
        <w:rPr>
          <w:lang w:val="ru-RU"/>
        </w:rPr>
      </w:pPr>
      <w:r w:rsidRPr="00F42E2E">
        <w:rPr>
          <w:rFonts w:eastAsia="Calibri"/>
          <w:lang w:val="ru-RU"/>
        </w:rPr>
        <w:t>ПРОТОКОЛ № [____] заседания Совета обучающихся</w:t>
      </w:r>
      <w:r w:rsidRPr="00F42E2E">
        <w:rPr>
          <w:rFonts w:eastAsia="Calibri"/>
          <w:lang w:val="ru-RU"/>
        </w:rPr>
        <w:br/>
        <w:t>от [дата]   присутствовали: [____] из [____] членов</w:t>
      </w:r>
    </w:p>
    <w:p w:rsidR="009D3111" w:rsidRPr="00F42E2E" w:rsidRDefault="00D10209">
      <w:pPr>
        <w:rPr>
          <w:lang w:val="ru-RU"/>
        </w:rPr>
      </w:pPr>
      <w:r w:rsidRPr="00F42E2E">
        <w:rPr>
          <w:rFonts w:eastAsia="Calibri"/>
          <w:lang w:val="ru-RU"/>
        </w:rPr>
        <w:t>Вопрос: рассмотрение проекта [Правил / приказа о дисциплинарном взыскании в отношении Ф.И.О.] и приложенных материалов.</w:t>
      </w:r>
    </w:p>
    <w:p w:rsidR="009D3111" w:rsidRPr="00F42E2E" w:rsidRDefault="00D10209">
      <w:pPr>
        <w:rPr>
          <w:lang w:val="ru-RU"/>
        </w:rPr>
      </w:pPr>
      <w:r w:rsidRPr="00F42E2E">
        <w:rPr>
          <w:rFonts w:eastAsia="Calibri"/>
          <w:lang w:val="ru-RU"/>
        </w:rPr>
        <w:t>Выступили: [кратко изложить позиции]. Обстоятельства, учтенные Советом: [указать].</w:t>
      </w:r>
    </w:p>
    <w:p w:rsidR="009D3111" w:rsidRPr="00F42E2E" w:rsidRDefault="00D10209">
      <w:pPr>
        <w:rPr>
          <w:lang w:val="ru-RU"/>
        </w:rPr>
      </w:pPr>
      <w:r w:rsidRPr="00F42E2E">
        <w:rPr>
          <w:rFonts w:eastAsia="Calibri"/>
          <w:lang w:val="ru-RU"/>
        </w:rPr>
        <w:t>Мотивированное мнение: [поддержать / не поддержать / предложить изменения] по следующим причинам: [____].</w:t>
      </w:r>
    </w:p>
    <w:p w:rsidR="009D3111" w:rsidRPr="00F42E2E" w:rsidRDefault="00D10209">
      <w:pPr>
        <w:rPr>
          <w:lang w:val="ru-RU"/>
        </w:rPr>
      </w:pPr>
      <w:r w:rsidRPr="00F42E2E">
        <w:rPr>
          <w:rFonts w:eastAsia="Calibri"/>
          <w:lang w:val="ru-RU"/>
        </w:rPr>
        <w:t>Результаты голосования: за [__], против [__], воздержались [__].</w:t>
      </w:r>
    </w:p>
    <w:p w:rsidR="009D3111" w:rsidRPr="00F42E2E" w:rsidRDefault="00D10209">
      <w:pPr>
        <w:pStyle w:val="FormLabel"/>
        <w:spacing w:after="160"/>
        <w:rPr>
          <w:lang w:val="ru-RU"/>
        </w:rPr>
      </w:pPr>
      <w:r w:rsidRPr="00F42E2E">
        <w:rPr>
          <w:rFonts w:eastAsia="Calibri"/>
          <w:lang w:val="ru-RU"/>
        </w:rPr>
        <w:t>Председатель: ________________________________________________</w:t>
      </w:r>
    </w:p>
    <w:p w:rsidR="009D3111" w:rsidRPr="00F42E2E" w:rsidRDefault="00D10209">
      <w:pPr>
        <w:pStyle w:val="FormLabel"/>
        <w:spacing w:after="160"/>
        <w:rPr>
          <w:lang w:val="ru-RU"/>
        </w:rPr>
      </w:pPr>
      <w:r w:rsidRPr="00F42E2E">
        <w:rPr>
          <w:rFonts w:eastAsia="Calibri"/>
          <w:lang w:val="ru-RU"/>
        </w:rPr>
        <w:t>Секретарь: ________________________________________________</w:t>
      </w:r>
    </w:p>
    <w:p w:rsidR="009D3111" w:rsidRPr="00F42E2E" w:rsidRDefault="00D10209">
      <w:pPr>
        <w:rPr>
          <w:lang w:val="ru-RU"/>
        </w:rPr>
      </w:pPr>
      <w:r w:rsidRPr="00F42E2E">
        <w:rPr>
          <w:lang w:val="ru-RU"/>
        </w:rPr>
        <w:br w:type="page"/>
      </w:r>
    </w:p>
    <w:p w:rsidR="009D3111" w:rsidRPr="00F42E2E" w:rsidRDefault="00D10209">
      <w:pPr>
        <w:keepNext/>
        <w:jc w:val="right"/>
        <w:rPr>
          <w:lang w:val="ru-RU"/>
        </w:rPr>
      </w:pPr>
      <w:r w:rsidRPr="00F42E2E">
        <w:rPr>
          <w:rFonts w:eastAsia="Calibri"/>
          <w:color w:val="5A5A5A"/>
          <w:sz w:val="19"/>
          <w:lang w:val="ru-RU"/>
        </w:rPr>
        <w:lastRenderedPageBreak/>
        <w:t>Приложение 12</w:t>
      </w:r>
      <w:r w:rsidRPr="00F42E2E">
        <w:rPr>
          <w:rFonts w:eastAsia="Calibri"/>
          <w:color w:val="5A5A5A"/>
          <w:sz w:val="19"/>
          <w:lang w:val="ru-RU"/>
        </w:rPr>
        <w:br/>
        <w:t>к Правилам внутреннего распорядка обучающихся</w:t>
      </w:r>
    </w:p>
    <w:p w:rsidR="009D3111" w:rsidRPr="00F42E2E" w:rsidRDefault="00D10209">
      <w:pPr>
        <w:spacing w:before="240" w:after="240"/>
        <w:jc w:val="center"/>
        <w:rPr>
          <w:lang w:val="ru-RU"/>
        </w:rPr>
      </w:pPr>
      <w:r w:rsidRPr="00F42E2E">
        <w:rPr>
          <w:rFonts w:eastAsia="Calibri"/>
          <w:b/>
          <w:color w:val="1F4D78"/>
          <w:sz w:val="28"/>
          <w:lang w:val="ru-RU"/>
        </w:rPr>
        <w:t>Протокол учета мнения совета родителей</w:t>
      </w:r>
    </w:p>
    <w:p w:rsidR="009D3111" w:rsidRPr="00F42E2E" w:rsidRDefault="00D10209">
      <w:pPr>
        <w:jc w:val="center"/>
        <w:rPr>
          <w:lang w:val="ru-RU"/>
        </w:rPr>
      </w:pPr>
      <w:r w:rsidRPr="00F42E2E">
        <w:rPr>
          <w:rFonts w:eastAsia="Calibri"/>
          <w:lang w:val="ru-RU"/>
        </w:rPr>
        <w:t>ПРОТОКОЛ № [____] заседания Совета родителей</w:t>
      </w:r>
      <w:r w:rsidRPr="00F42E2E">
        <w:rPr>
          <w:rFonts w:eastAsia="Calibri"/>
          <w:lang w:val="ru-RU"/>
        </w:rPr>
        <w:br/>
        <w:t>от [дата]   присутствовали: [____] из [____] членов</w:t>
      </w:r>
    </w:p>
    <w:p w:rsidR="009D3111" w:rsidRPr="00F42E2E" w:rsidRDefault="00D10209">
      <w:pPr>
        <w:rPr>
          <w:lang w:val="ru-RU"/>
        </w:rPr>
      </w:pPr>
      <w:r w:rsidRPr="00F42E2E">
        <w:rPr>
          <w:rFonts w:eastAsia="Calibri"/>
          <w:lang w:val="ru-RU"/>
        </w:rPr>
        <w:t>Вопрос: рассмотрение проекта [Правил / приказа о дисциплинарном взыскании в отношении Ф.И.О.] и приложенных материалов.</w:t>
      </w:r>
    </w:p>
    <w:p w:rsidR="009D3111" w:rsidRPr="00F42E2E" w:rsidRDefault="00D10209">
      <w:pPr>
        <w:rPr>
          <w:lang w:val="ru-RU"/>
        </w:rPr>
      </w:pPr>
      <w:r w:rsidRPr="00F42E2E">
        <w:rPr>
          <w:rFonts w:eastAsia="Calibri"/>
          <w:lang w:val="ru-RU"/>
        </w:rPr>
        <w:t>Выступили: [кратко изложить позиции]. Обстоятельства, учтенные Советом: [указать].</w:t>
      </w:r>
    </w:p>
    <w:p w:rsidR="009D3111" w:rsidRPr="00F42E2E" w:rsidRDefault="00D10209">
      <w:pPr>
        <w:rPr>
          <w:lang w:val="ru-RU"/>
        </w:rPr>
      </w:pPr>
      <w:r w:rsidRPr="00F42E2E">
        <w:rPr>
          <w:rFonts w:eastAsia="Calibri"/>
          <w:lang w:val="ru-RU"/>
        </w:rPr>
        <w:t>Мотивированное мнение: [поддержать / не поддержать / предложить изменения] по следующим причинам: [____].</w:t>
      </w:r>
    </w:p>
    <w:p w:rsidR="009D3111" w:rsidRPr="00F42E2E" w:rsidRDefault="00D10209">
      <w:pPr>
        <w:rPr>
          <w:lang w:val="ru-RU"/>
        </w:rPr>
      </w:pPr>
      <w:r w:rsidRPr="00F42E2E">
        <w:rPr>
          <w:rFonts w:eastAsia="Calibri"/>
          <w:lang w:val="ru-RU"/>
        </w:rPr>
        <w:t>Результаты голосования: за [__], против [__], воздержались [__].</w:t>
      </w:r>
    </w:p>
    <w:p w:rsidR="009D3111" w:rsidRPr="00F42E2E" w:rsidRDefault="00D10209">
      <w:pPr>
        <w:pStyle w:val="FormLabel"/>
        <w:spacing w:after="160"/>
        <w:rPr>
          <w:lang w:val="ru-RU"/>
        </w:rPr>
      </w:pPr>
      <w:r w:rsidRPr="00F42E2E">
        <w:rPr>
          <w:rFonts w:eastAsia="Calibri"/>
          <w:lang w:val="ru-RU"/>
        </w:rPr>
        <w:t>Председатель: ________________________________________________</w:t>
      </w:r>
    </w:p>
    <w:p w:rsidR="009D3111" w:rsidRPr="00F42E2E" w:rsidRDefault="00D10209">
      <w:pPr>
        <w:pStyle w:val="FormLabel"/>
        <w:spacing w:after="160"/>
        <w:rPr>
          <w:lang w:val="ru-RU"/>
        </w:rPr>
      </w:pPr>
      <w:r w:rsidRPr="00F42E2E">
        <w:rPr>
          <w:rFonts w:eastAsia="Calibri"/>
          <w:lang w:val="ru-RU"/>
        </w:rPr>
        <w:t>Секретарь: ________________________________________________</w:t>
      </w:r>
    </w:p>
    <w:p w:rsidR="009D3111" w:rsidRPr="00F42E2E" w:rsidRDefault="00D10209">
      <w:pPr>
        <w:rPr>
          <w:lang w:val="ru-RU"/>
        </w:rPr>
      </w:pPr>
      <w:r w:rsidRPr="00F42E2E">
        <w:rPr>
          <w:lang w:val="ru-RU"/>
        </w:rPr>
        <w:br w:type="page"/>
      </w:r>
    </w:p>
    <w:p w:rsidR="009D3111" w:rsidRPr="00F42E2E" w:rsidRDefault="00D10209">
      <w:pPr>
        <w:keepNext/>
        <w:jc w:val="right"/>
        <w:rPr>
          <w:lang w:val="ru-RU"/>
        </w:rPr>
      </w:pPr>
      <w:r w:rsidRPr="00F42E2E">
        <w:rPr>
          <w:rFonts w:eastAsia="Calibri"/>
          <w:color w:val="5A5A5A"/>
          <w:sz w:val="19"/>
          <w:lang w:val="ru-RU"/>
        </w:rPr>
        <w:lastRenderedPageBreak/>
        <w:t>Приложение 13</w:t>
      </w:r>
      <w:r w:rsidRPr="00F42E2E">
        <w:rPr>
          <w:rFonts w:eastAsia="Calibri"/>
          <w:color w:val="5A5A5A"/>
          <w:sz w:val="19"/>
          <w:lang w:val="ru-RU"/>
        </w:rPr>
        <w:br/>
        <w:t>к Правилам внутреннего распорядка обучающихся</w:t>
      </w:r>
    </w:p>
    <w:p w:rsidR="009D3111" w:rsidRPr="00F42E2E" w:rsidRDefault="00D10209">
      <w:pPr>
        <w:spacing w:before="240" w:after="240"/>
        <w:jc w:val="center"/>
        <w:rPr>
          <w:lang w:val="ru-RU"/>
        </w:rPr>
      </w:pPr>
      <w:r w:rsidRPr="00F42E2E">
        <w:rPr>
          <w:rFonts w:eastAsia="Calibri"/>
          <w:b/>
          <w:color w:val="1F4D78"/>
          <w:sz w:val="28"/>
          <w:lang w:val="ru-RU"/>
        </w:rPr>
        <w:t>Проект приказа об утверждении и введении Правил в действие</w:t>
      </w:r>
    </w:p>
    <w:p w:rsidR="009D3111" w:rsidRPr="00F42E2E" w:rsidRDefault="00D10209">
      <w:pPr>
        <w:jc w:val="center"/>
        <w:rPr>
          <w:lang w:val="ru-RU"/>
        </w:rPr>
      </w:pPr>
      <w:r w:rsidRPr="00F42E2E">
        <w:rPr>
          <w:rFonts w:eastAsia="Calibri"/>
          <w:lang w:val="ru-RU"/>
        </w:rPr>
        <w:t>[полное наименование школы]</w:t>
      </w:r>
    </w:p>
    <w:p w:rsidR="009D3111" w:rsidRPr="00F42E2E" w:rsidRDefault="00D10209">
      <w:pPr>
        <w:jc w:val="center"/>
        <w:rPr>
          <w:lang w:val="ru-RU"/>
        </w:rPr>
      </w:pPr>
      <w:r w:rsidRPr="00F42E2E">
        <w:rPr>
          <w:rFonts w:eastAsia="Calibri"/>
          <w:b/>
          <w:sz w:val="28"/>
          <w:lang w:val="ru-RU"/>
        </w:rPr>
        <w:t>ПРИКАЗ</w:t>
      </w:r>
    </w:p>
    <w:p w:rsidR="009D3111" w:rsidRPr="00F42E2E" w:rsidRDefault="00D10209">
      <w:pPr>
        <w:rPr>
          <w:lang w:val="ru-RU"/>
        </w:rPr>
      </w:pPr>
      <w:r w:rsidRPr="00F42E2E">
        <w:rPr>
          <w:rFonts w:eastAsia="Calibri"/>
          <w:lang w:val="ru-RU"/>
        </w:rPr>
        <w:t>от [дата]                                  № [номер]</w:t>
      </w:r>
      <w:r w:rsidRPr="00F42E2E">
        <w:rPr>
          <w:rFonts w:eastAsia="Calibri"/>
          <w:lang w:val="ru-RU"/>
        </w:rPr>
        <w:br/>
        <w:t>[населенный пункт]</w:t>
      </w:r>
    </w:p>
    <w:p w:rsidR="009D3111" w:rsidRPr="00F42E2E" w:rsidRDefault="00D10209">
      <w:pPr>
        <w:jc w:val="center"/>
        <w:rPr>
          <w:lang w:val="ru-RU"/>
        </w:rPr>
      </w:pPr>
      <w:r w:rsidRPr="00F42E2E">
        <w:rPr>
          <w:rFonts w:eastAsia="Calibri"/>
          <w:b/>
          <w:sz w:val="24"/>
          <w:lang w:val="ru-RU"/>
        </w:rPr>
        <w:t>Об утверждении Правил внутреннего распорядка обучающихся</w:t>
      </w:r>
    </w:p>
    <w:p w:rsidR="009D3111" w:rsidRPr="00F42E2E" w:rsidRDefault="00D10209">
      <w:pPr>
        <w:rPr>
          <w:lang w:val="ru-RU"/>
        </w:rPr>
      </w:pPr>
      <w:r w:rsidRPr="00F42E2E">
        <w:rPr>
          <w:rFonts w:eastAsia="Calibri"/>
          <w:lang w:val="ru-RU"/>
        </w:rPr>
        <w:t>В соответствии со статьями 28, 30, 43 Федерального закона от 29.12.2012 № 273-ФЗ, уставом Школы, с учетом мнения Совета обучающихся (протокол от [дата] № [номер]) и Совета родителей (протокол от [дата] № [номер]), на основании решения педагогического совета (протокол от [дата] № [номер])</w:t>
      </w:r>
    </w:p>
    <w:p w:rsidR="009D3111" w:rsidRPr="00F42E2E" w:rsidRDefault="00D10209">
      <w:pPr>
        <w:rPr>
          <w:lang w:val="ru-RU"/>
        </w:rPr>
      </w:pPr>
      <w:r w:rsidRPr="00F42E2E">
        <w:rPr>
          <w:rFonts w:eastAsia="Calibri"/>
          <w:b/>
          <w:lang w:val="ru-RU"/>
        </w:rPr>
        <w:t>ПРИКАЗЫВАЮ:</w:t>
      </w:r>
    </w:p>
    <w:p w:rsidR="009D3111" w:rsidRPr="00F42E2E" w:rsidRDefault="00D10209">
      <w:pPr>
        <w:spacing w:after="80"/>
        <w:ind w:firstLine="425"/>
        <w:rPr>
          <w:lang w:val="ru-RU"/>
        </w:rPr>
      </w:pPr>
      <w:r w:rsidRPr="00F42E2E">
        <w:rPr>
          <w:rFonts w:eastAsia="Calibri"/>
          <w:lang w:val="ru-RU"/>
        </w:rPr>
        <w:t>1. Утвердить прилагаемые Правила внутреннего распорядка обучающихся.</w:t>
      </w:r>
    </w:p>
    <w:p w:rsidR="009D3111" w:rsidRPr="00F42E2E" w:rsidRDefault="00D10209">
      <w:pPr>
        <w:spacing w:after="80"/>
        <w:ind w:firstLine="425"/>
        <w:rPr>
          <w:lang w:val="ru-RU"/>
        </w:rPr>
      </w:pPr>
      <w:r w:rsidRPr="00F42E2E">
        <w:rPr>
          <w:rFonts w:eastAsia="Calibri"/>
          <w:lang w:val="ru-RU"/>
        </w:rPr>
        <w:t>2. Ввести Правила в действие с 1 сентября 2026 года.</w:t>
      </w:r>
    </w:p>
    <w:p w:rsidR="009D3111" w:rsidRPr="00F42E2E" w:rsidRDefault="00D10209">
      <w:pPr>
        <w:spacing w:after="80"/>
        <w:ind w:firstLine="425"/>
        <w:rPr>
          <w:lang w:val="ru-RU"/>
        </w:rPr>
      </w:pPr>
      <w:r w:rsidRPr="00F42E2E">
        <w:rPr>
          <w:rFonts w:eastAsia="Calibri"/>
          <w:lang w:val="ru-RU"/>
        </w:rPr>
        <w:t>3. [Ответственному] до [дата] разместить Правила на официальном сайте и информационном стенде.</w:t>
      </w:r>
    </w:p>
    <w:p w:rsidR="009D3111" w:rsidRPr="00F42E2E" w:rsidRDefault="00D10209">
      <w:pPr>
        <w:spacing w:after="80"/>
        <w:ind w:firstLine="425"/>
        <w:rPr>
          <w:lang w:val="ru-RU"/>
        </w:rPr>
      </w:pPr>
      <w:r w:rsidRPr="00F42E2E">
        <w:rPr>
          <w:rFonts w:eastAsia="Calibri"/>
          <w:lang w:val="ru-RU"/>
        </w:rPr>
        <w:t>4. Классным руководителям ознакомить обучающихся и родителей до [дата] с фиксацией факта ознакомления.</w:t>
      </w:r>
    </w:p>
    <w:p w:rsidR="009D3111" w:rsidRPr="00F42E2E" w:rsidRDefault="00D10209">
      <w:pPr>
        <w:spacing w:after="80"/>
        <w:ind w:firstLine="425"/>
        <w:rPr>
          <w:lang w:val="ru-RU"/>
        </w:rPr>
      </w:pPr>
      <w:r w:rsidRPr="00F42E2E">
        <w:rPr>
          <w:rFonts w:eastAsia="Calibri"/>
          <w:lang w:val="ru-RU"/>
        </w:rPr>
        <w:t>5. Признать утратившим силу приказ от [дата] № [номер] об утверждении прежней редакции.</w:t>
      </w:r>
    </w:p>
    <w:p w:rsidR="009D3111" w:rsidRPr="00F42E2E" w:rsidRDefault="00D10209">
      <w:pPr>
        <w:spacing w:after="80"/>
        <w:ind w:firstLine="425"/>
        <w:rPr>
          <w:lang w:val="ru-RU"/>
        </w:rPr>
      </w:pPr>
      <w:r w:rsidRPr="00F42E2E">
        <w:rPr>
          <w:rFonts w:eastAsia="Calibri"/>
          <w:lang w:val="ru-RU"/>
        </w:rPr>
        <w:t>6. Контроль исполнения оставляю за собой / возлагаю на [должность, Ф.И.О.].</w:t>
      </w:r>
    </w:p>
    <w:p w:rsidR="009D3111" w:rsidRPr="00F42E2E" w:rsidRDefault="00D10209">
      <w:pPr>
        <w:pStyle w:val="FormLabel"/>
        <w:spacing w:after="160"/>
        <w:rPr>
          <w:lang w:val="ru-RU"/>
        </w:rPr>
      </w:pPr>
      <w:r w:rsidRPr="00F42E2E">
        <w:rPr>
          <w:rFonts w:eastAsia="Calibri"/>
          <w:lang w:val="ru-RU"/>
        </w:rPr>
        <w:t>Директор: ________________________________________________</w:t>
      </w:r>
    </w:p>
    <w:p w:rsidR="009D3111" w:rsidRPr="00F42E2E" w:rsidRDefault="00D10209">
      <w:pPr>
        <w:pStyle w:val="FormLabel"/>
        <w:spacing w:after="160"/>
        <w:rPr>
          <w:lang w:val="ru-RU"/>
        </w:rPr>
      </w:pPr>
      <w:r w:rsidRPr="00F42E2E">
        <w:rPr>
          <w:rFonts w:eastAsia="Calibri"/>
          <w:lang w:val="ru-RU"/>
        </w:rPr>
        <w:t>С приказом ознакомлены ответственные лица: ________________________________________________</w:t>
      </w:r>
    </w:p>
    <w:p w:rsidR="009D3111" w:rsidRPr="00F42E2E" w:rsidRDefault="00D10209">
      <w:pPr>
        <w:rPr>
          <w:lang w:val="ru-RU"/>
        </w:rPr>
      </w:pPr>
      <w:r w:rsidRPr="00F42E2E">
        <w:rPr>
          <w:lang w:val="ru-RU"/>
        </w:rPr>
        <w:br w:type="page"/>
      </w:r>
    </w:p>
    <w:p w:rsidR="009D3111" w:rsidRPr="00F42E2E" w:rsidRDefault="00D10209">
      <w:pPr>
        <w:keepNext/>
        <w:jc w:val="right"/>
        <w:rPr>
          <w:lang w:val="ru-RU"/>
        </w:rPr>
      </w:pPr>
      <w:r w:rsidRPr="00F42E2E">
        <w:rPr>
          <w:rFonts w:eastAsia="Calibri"/>
          <w:color w:val="5A5A5A"/>
          <w:sz w:val="19"/>
          <w:lang w:val="ru-RU"/>
        </w:rPr>
        <w:lastRenderedPageBreak/>
        <w:t>Приложение 14</w:t>
      </w:r>
      <w:r w:rsidRPr="00F42E2E">
        <w:rPr>
          <w:rFonts w:eastAsia="Calibri"/>
          <w:color w:val="5A5A5A"/>
          <w:sz w:val="19"/>
          <w:lang w:val="ru-RU"/>
        </w:rPr>
        <w:br/>
        <w:t>к Правилам внутреннего распорядка обучающихся</w:t>
      </w:r>
    </w:p>
    <w:p w:rsidR="009D3111" w:rsidRPr="00F42E2E" w:rsidRDefault="00D10209">
      <w:pPr>
        <w:spacing w:before="240" w:after="240"/>
        <w:jc w:val="center"/>
        <w:rPr>
          <w:lang w:val="ru-RU"/>
        </w:rPr>
      </w:pPr>
      <w:r w:rsidRPr="00F42E2E">
        <w:rPr>
          <w:rFonts w:eastAsia="Calibri"/>
          <w:b/>
          <w:color w:val="1F4D78"/>
          <w:sz w:val="28"/>
          <w:lang w:val="ru-RU"/>
        </w:rPr>
        <w:t>Памятка обучающемуся «Основные правила поведения в школе»</w:t>
      </w:r>
    </w:p>
    <w:p w:rsidR="009D3111" w:rsidRDefault="00D10209">
      <w:pPr>
        <w:pStyle w:val="21"/>
      </w:pPr>
      <w:proofErr w:type="spellStart"/>
      <w:r>
        <w:t>Учись</w:t>
      </w:r>
      <w:proofErr w:type="spellEnd"/>
      <w:r>
        <w:t xml:space="preserve"> и </w:t>
      </w:r>
      <w:proofErr w:type="spellStart"/>
      <w:r>
        <w:t>уважай</w:t>
      </w:r>
      <w:proofErr w:type="spellEnd"/>
    </w:p>
    <w:p w:rsidR="009D3111" w:rsidRPr="00F42E2E" w:rsidRDefault="00D10209">
      <w:pPr>
        <w:pStyle w:val="a0"/>
        <w:spacing w:after="60"/>
        <w:ind w:left="425" w:hanging="198"/>
        <w:rPr>
          <w:lang w:val="ru-RU"/>
        </w:rPr>
      </w:pPr>
      <w:r w:rsidRPr="00F42E2E">
        <w:rPr>
          <w:rFonts w:eastAsia="Calibri"/>
          <w:lang w:val="ru-RU"/>
        </w:rPr>
        <w:t>приходи вовремя и участвуй в занятии;</w:t>
      </w:r>
    </w:p>
    <w:p w:rsidR="009D3111" w:rsidRDefault="00D10209">
      <w:pPr>
        <w:pStyle w:val="a0"/>
        <w:spacing w:after="60"/>
        <w:ind w:left="425" w:hanging="198"/>
      </w:pPr>
      <w:proofErr w:type="spellStart"/>
      <w:r>
        <w:rPr>
          <w:rFonts w:eastAsia="Calibri"/>
        </w:rPr>
        <w:t>не</w:t>
      </w:r>
      <w:proofErr w:type="spellEnd"/>
      <w:r>
        <w:rPr>
          <w:rFonts w:eastAsia="Calibri"/>
        </w:rPr>
        <w:t xml:space="preserve"> </w:t>
      </w:r>
      <w:proofErr w:type="spellStart"/>
      <w:r>
        <w:rPr>
          <w:rFonts w:eastAsia="Calibri"/>
        </w:rPr>
        <w:t>мешай</w:t>
      </w:r>
      <w:proofErr w:type="spellEnd"/>
      <w:r>
        <w:rPr>
          <w:rFonts w:eastAsia="Calibri"/>
        </w:rPr>
        <w:t xml:space="preserve"> </w:t>
      </w:r>
      <w:proofErr w:type="spellStart"/>
      <w:r>
        <w:rPr>
          <w:rFonts w:eastAsia="Calibri"/>
        </w:rPr>
        <w:t>другим</w:t>
      </w:r>
      <w:proofErr w:type="spellEnd"/>
      <w:r>
        <w:rPr>
          <w:rFonts w:eastAsia="Calibri"/>
        </w:rPr>
        <w:t xml:space="preserve"> </w:t>
      </w:r>
      <w:proofErr w:type="spellStart"/>
      <w:r>
        <w:rPr>
          <w:rFonts w:eastAsia="Calibri"/>
        </w:rPr>
        <w:t>учиться</w:t>
      </w:r>
      <w:proofErr w:type="spellEnd"/>
      <w:r>
        <w:rPr>
          <w:rFonts w:eastAsia="Calibri"/>
        </w:rPr>
        <w:t>;</w:t>
      </w:r>
    </w:p>
    <w:p w:rsidR="009D3111" w:rsidRDefault="00D10209">
      <w:pPr>
        <w:pStyle w:val="a0"/>
        <w:spacing w:after="60"/>
        <w:ind w:left="425" w:hanging="198"/>
      </w:pPr>
      <w:r>
        <w:rPr>
          <w:rFonts w:eastAsia="Calibri"/>
        </w:rPr>
        <w:t>уважай достоинство каждого человека;</w:t>
      </w:r>
    </w:p>
    <w:p w:rsidR="009D3111" w:rsidRDefault="00D10209">
      <w:pPr>
        <w:pStyle w:val="21"/>
      </w:pPr>
      <w:r>
        <w:t>Береги безопасность</w:t>
      </w:r>
    </w:p>
    <w:p w:rsidR="009D3111" w:rsidRPr="00F42E2E" w:rsidRDefault="00D10209">
      <w:pPr>
        <w:pStyle w:val="a0"/>
        <w:spacing w:after="60"/>
        <w:ind w:left="425" w:hanging="198"/>
        <w:rPr>
          <w:lang w:val="ru-RU"/>
        </w:rPr>
      </w:pPr>
      <w:r w:rsidRPr="00F42E2E">
        <w:rPr>
          <w:rFonts w:eastAsia="Calibri"/>
          <w:lang w:val="ru-RU"/>
        </w:rPr>
        <w:t>сообщай взрослому о травме, угрозе, травле или опасном предмете;</w:t>
      </w:r>
    </w:p>
    <w:p w:rsidR="009D3111" w:rsidRPr="00F42E2E" w:rsidRDefault="00D10209">
      <w:pPr>
        <w:pStyle w:val="a0"/>
        <w:spacing w:after="60"/>
        <w:ind w:left="425" w:hanging="198"/>
        <w:rPr>
          <w:lang w:val="ru-RU"/>
        </w:rPr>
      </w:pPr>
      <w:r w:rsidRPr="00F42E2E">
        <w:rPr>
          <w:rFonts w:eastAsia="Calibri"/>
          <w:lang w:val="ru-RU"/>
        </w:rPr>
        <w:t>не бегай по лестницам и не участвуй в опасных играх;</w:t>
      </w:r>
    </w:p>
    <w:p w:rsidR="009D3111" w:rsidRDefault="00D10209">
      <w:pPr>
        <w:pStyle w:val="a0"/>
        <w:spacing w:after="60"/>
        <w:ind w:left="425" w:hanging="198"/>
      </w:pPr>
      <w:proofErr w:type="spellStart"/>
      <w:r>
        <w:rPr>
          <w:rFonts w:eastAsia="Calibri"/>
        </w:rPr>
        <w:t>выполняй</w:t>
      </w:r>
      <w:proofErr w:type="spellEnd"/>
      <w:r>
        <w:rPr>
          <w:rFonts w:eastAsia="Calibri"/>
        </w:rPr>
        <w:t xml:space="preserve"> </w:t>
      </w:r>
      <w:proofErr w:type="spellStart"/>
      <w:r>
        <w:rPr>
          <w:rFonts w:eastAsia="Calibri"/>
        </w:rPr>
        <w:t>инструкции</w:t>
      </w:r>
      <w:proofErr w:type="spellEnd"/>
      <w:r>
        <w:rPr>
          <w:rFonts w:eastAsia="Calibri"/>
        </w:rPr>
        <w:t xml:space="preserve"> </w:t>
      </w:r>
      <w:proofErr w:type="spellStart"/>
      <w:r>
        <w:rPr>
          <w:rFonts w:eastAsia="Calibri"/>
        </w:rPr>
        <w:t>при</w:t>
      </w:r>
      <w:proofErr w:type="spellEnd"/>
      <w:r>
        <w:rPr>
          <w:rFonts w:eastAsia="Calibri"/>
        </w:rPr>
        <w:t xml:space="preserve"> </w:t>
      </w:r>
      <w:proofErr w:type="spellStart"/>
      <w:r>
        <w:rPr>
          <w:rFonts w:eastAsia="Calibri"/>
        </w:rPr>
        <w:t>эвакуации</w:t>
      </w:r>
      <w:proofErr w:type="spellEnd"/>
      <w:r>
        <w:rPr>
          <w:rFonts w:eastAsia="Calibri"/>
        </w:rPr>
        <w:t>;</w:t>
      </w:r>
    </w:p>
    <w:p w:rsidR="009D3111" w:rsidRDefault="00D10209">
      <w:pPr>
        <w:pStyle w:val="21"/>
      </w:pPr>
      <w:r>
        <w:t>Телефон</w:t>
      </w:r>
    </w:p>
    <w:p w:rsidR="009D3111" w:rsidRPr="00F42E2E" w:rsidRDefault="00D10209">
      <w:pPr>
        <w:pStyle w:val="a0"/>
        <w:spacing w:after="60"/>
        <w:ind w:left="425" w:hanging="198"/>
        <w:rPr>
          <w:lang w:val="ru-RU"/>
        </w:rPr>
      </w:pPr>
      <w:r w:rsidRPr="00F42E2E">
        <w:rPr>
          <w:rFonts w:eastAsia="Calibri"/>
          <w:lang w:val="ru-RU"/>
        </w:rPr>
        <w:t>на уроке не используй телефон, кроме угрозы жизни, здоровью или иной экстренной ситуации;</w:t>
      </w:r>
    </w:p>
    <w:p w:rsidR="009D3111" w:rsidRPr="00F42E2E" w:rsidRDefault="00D10209">
      <w:pPr>
        <w:pStyle w:val="a0"/>
        <w:spacing w:after="60"/>
        <w:ind w:left="425" w:hanging="198"/>
        <w:rPr>
          <w:lang w:val="ru-RU"/>
        </w:rPr>
      </w:pPr>
      <w:r w:rsidRPr="00F42E2E">
        <w:rPr>
          <w:rFonts w:eastAsia="Calibri"/>
          <w:lang w:val="ru-RU"/>
        </w:rPr>
        <w:t>для учебной работы используй устройство только по указанию учителя;</w:t>
      </w:r>
    </w:p>
    <w:p w:rsidR="009D3111" w:rsidRPr="00F42E2E" w:rsidRDefault="00D10209">
      <w:pPr>
        <w:pStyle w:val="a0"/>
        <w:spacing w:after="60"/>
        <w:ind w:left="425" w:hanging="198"/>
        <w:rPr>
          <w:lang w:val="ru-RU"/>
        </w:rPr>
      </w:pPr>
      <w:r w:rsidRPr="00F42E2E">
        <w:rPr>
          <w:rFonts w:eastAsia="Calibri"/>
          <w:lang w:val="ru-RU"/>
        </w:rPr>
        <w:t>не снимай и не публикуй других без законного основания;</w:t>
      </w:r>
    </w:p>
    <w:p w:rsidR="009D3111" w:rsidRDefault="00D10209">
      <w:pPr>
        <w:pStyle w:val="21"/>
      </w:pPr>
      <w:proofErr w:type="spellStart"/>
      <w:r>
        <w:t>Цифровая</w:t>
      </w:r>
      <w:proofErr w:type="spellEnd"/>
      <w:r>
        <w:t xml:space="preserve"> </w:t>
      </w:r>
      <w:proofErr w:type="spellStart"/>
      <w:r>
        <w:t>среда</w:t>
      </w:r>
      <w:proofErr w:type="spellEnd"/>
    </w:p>
    <w:p w:rsidR="009D3111" w:rsidRPr="00F42E2E" w:rsidRDefault="00D10209">
      <w:pPr>
        <w:pStyle w:val="a0"/>
        <w:spacing w:after="60"/>
        <w:ind w:left="425" w:hanging="198"/>
        <w:rPr>
          <w:lang w:val="ru-RU"/>
        </w:rPr>
      </w:pPr>
      <w:r w:rsidRPr="00F42E2E">
        <w:rPr>
          <w:rFonts w:eastAsia="Calibri"/>
          <w:lang w:val="ru-RU"/>
        </w:rPr>
        <w:t>не передавай пароль и не входи в чужую учетную запись;</w:t>
      </w:r>
    </w:p>
    <w:p w:rsidR="009D3111" w:rsidRDefault="00D10209">
      <w:pPr>
        <w:pStyle w:val="a0"/>
        <w:spacing w:after="60"/>
        <w:ind w:left="425" w:hanging="198"/>
      </w:pPr>
      <w:proofErr w:type="spellStart"/>
      <w:r>
        <w:rPr>
          <w:rFonts w:eastAsia="Calibri"/>
        </w:rPr>
        <w:t>не</w:t>
      </w:r>
      <w:proofErr w:type="spellEnd"/>
      <w:r>
        <w:rPr>
          <w:rFonts w:eastAsia="Calibri"/>
        </w:rPr>
        <w:t xml:space="preserve"> </w:t>
      </w:r>
      <w:proofErr w:type="spellStart"/>
      <w:r>
        <w:rPr>
          <w:rFonts w:eastAsia="Calibri"/>
        </w:rPr>
        <w:t>участвуй</w:t>
      </w:r>
      <w:proofErr w:type="spellEnd"/>
      <w:r>
        <w:rPr>
          <w:rFonts w:eastAsia="Calibri"/>
        </w:rPr>
        <w:t xml:space="preserve"> в </w:t>
      </w:r>
      <w:proofErr w:type="spellStart"/>
      <w:r>
        <w:rPr>
          <w:rFonts w:eastAsia="Calibri"/>
        </w:rPr>
        <w:t>кибербуллинге</w:t>
      </w:r>
      <w:proofErr w:type="spellEnd"/>
      <w:r>
        <w:rPr>
          <w:rFonts w:eastAsia="Calibri"/>
        </w:rPr>
        <w:t>;</w:t>
      </w:r>
    </w:p>
    <w:p w:rsidR="009D3111" w:rsidRPr="00F42E2E" w:rsidRDefault="00D10209">
      <w:pPr>
        <w:pStyle w:val="a0"/>
        <w:spacing w:after="60"/>
        <w:ind w:left="425" w:hanging="198"/>
        <w:rPr>
          <w:lang w:val="ru-RU"/>
        </w:rPr>
      </w:pPr>
      <w:r w:rsidRPr="00F42E2E">
        <w:rPr>
          <w:rFonts w:eastAsia="Calibri"/>
          <w:lang w:val="ru-RU"/>
        </w:rPr>
        <w:t>используй ИИ так, как разрешил учитель, и честно указывай его помощь;</w:t>
      </w:r>
    </w:p>
    <w:p w:rsidR="009D3111" w:rsidRDefault="00D10209">
      <w:pPr>
        <w:pStyle w:val="21"/>
      </w:pPr>
      <w:proofErr w:type="spellStart"/>
      <w:r>
        <w:t>Если</w:t>
      </w:r>
      <w:proofErr w:type="spellEnd"/>
      <w:r>
        <w:t xml:space="preserve"> </w:t>
      </w:r>
      <w:proofErr w:type="spellStart"/>
      <w:r>
        <w:t>возникла</w:t>
      </w:r>
      <w:proofErr w:type="spellEnd"/>
      <w:r>
        <w:t xml:space="preserve"> </w:t>
      </w:r>
      <w:proofErr w:type="spellStart"/>
      <w:r>
        <w:t>проблема</w:t>
      </w:r>
      <w:proofErr w:type="spellEnd"/>
    </w:p>
    <w:p w:rsidR="009D3111" w:rsidRPr="00F42E2E" w:rsidRDefault="00D10209">
      <w:pPr>
        <w:pStyle w:val="a0"/>
        <w:spacing w:after="60"/>
        <w:ind w:left="425" w:hanging="198"/>
        <w:rPr>
          <w:lang w:val="ru-RU"/>
        </w:rPr>
      </w:pPr>
      <w:r w:rsidRPr="00F42E2E">
        <w:rPr>
          <w:rFonts w:eastAsia="Calibri"/>
          <w:lang w:val="ru-RU"/>
        </w:rPr>
        <w:t>обратись к любому взрослому в школе, которому доверяешь;</w:t>
      </w:r>
    </w:p>
    <w:p w:rsidR="009D3111" w:rsidRPr="00F42E2E" w:rsidRDefault="00D10209">
      <w:pPr>
        <w:pStyle w:val="a0"/>
        <w:spacing w:after="60"/>
        <w:ind w:left="425" w:hanging="198"/>
        <w:rPr>
          <w:lang w:val="ru-RU"/>
        </w:rPr>
      </w:pPr>
      <w:r w:rsidRPr="00F42E2E">
        <w:rPr>
          <w:rFonts w:eastAsia="Calibri"/>
          <w:lang w:val="ru-RU"/>
        </w:rPr>
        <w:t>можно обратиться к классному руководителю, психологу, социальному педагогу или администрации;</w:t>
      </w:r>
    </w:p>
    <w:p w:rsidR="009D3111" w:rsidRPr="00F42E2E" w:rsidRDefault="00D10209">
      <w:pPr>
        <w:pStyle w:val="a0"/>
        <w:spacing w:after="60"/>
        <w:ind w:left="425" w:hanging="198"/>
        <w:rPr>
          <w:lang w:val="ru-RU"/>
        </w:rPr>
      </w:pPr>
      <w:r w:rsidRPr="00F42E2E">
        <w:rPr>
          <w:rFonts w:eastAsia="Calibri"/>
          <w:lang w:val="ru-RU"/>
        </w:rPr>
        <w:t>за добросовестное обращение тебя нельзя наказывать.</w:t>
      </w:r>
    </w:p>
    <w:p w:rsidR="009D3111" w:rsidRPr="00F42E2E" w:rsidRDefault="00D10209">
      <w:pPr>
        <w:keepLines/>
        <w:rPr>
          <w:lang w:val="ru-RU"/>
        </w:rPr>
      </w:pPr>
      <w:r w:rsidRPr="00F42E2E">
        <w:rPr>
          <w:rFonts w:eastAsia="Calibri"/>
          <w:lang w:val="ru-RU"/>
        </w:rPr>
        <w:t>Помни: никто не вправе унижать тебя, применять насилие, лишать еды, медицинской помощи или допуска к урокам. Ты имеешь право быть выслушанным и получить помощь.</w:t>
      </w:r>
    </w:p>
    <w:p w:rsidR="009D3111" w:rsidRPr="00F42E2E" w:rsidRDefault="00D10209">
      <w:pPr>
        <w:rPr>
          <w:lang w:val="ru-RU"/>
        </w:rPr>
      </w:pPr>
      <w:r w:rsidRPr="00F42E2E">
        <w:rPr>
          <w:lang w:val="ru-RU"/>
        </w:rPr>
        <w:br w:type="page"/>
      </w:r>
    </w:p>
    <w:p w:rsidR="009D3111" w:rsidRPr="00F42E2E" w:rsidRDefault="00D10209">
      <w:pPr>
        <w:keepNext/>
        <w:jc w:val="right"/>
        <w:rPr>
          <w:lang w:val="ru-RU"/>
        </w:rPr>
      </w:pPr>
      <w:r w:rsidRPr="00F42E2E">
        <w:rPr>
          <w:rFonts w:eastAsia="Calibri"/>
          <w:color w:val="5A5A5A"/>
          <w:sz w:val="19"/>
          <w:lang w:val="ru-RU"/>
        </w:rPr>
        <w:lastRenderedPageBreak/>
        <w:t>Приложение 15</w:t>
      </w:r>
      <w:r w:rsidRPr="00F42E2E">
        <w:rPr>
          <w:rFonts w:eastAsia="Calibri"/>
          <w:color w:val="5A5A5A"/>
          <w:sz w:val="19"/>
          <w:lang w:val="ru-RU"/>
        </w:rPr>
        <w:br/>
        <w:t>к Правилам внутреннего распорядка обучающихся</w:t>
      </w:r>
    </w:p>
    <w:p w:rsidR="009D3111" w:rsidRDefault="00D10209">
      <w:pPr>
        <w:spacing w:before="240" w:after="240"/>
        <w:jc w:val="center"/>
      </w:pPr>
      <w:proofErr w:type="spellStart"/>
      <w:r>
        <w:rPr>
          <w:rFonts w:eastAsia="Calibri"/>
          <w:b/>
          <w:color w:val="1F4D78"/>
          <w:sz w:val="28"/>
        </w:rPr>
        <w:t>Таблица</w:t>
      </w:r>
      <w:proofErr w:type="spellEnd"/>
      <w:r>
        <w:rPr>
          <w:rFonts w:eastAsia="Calibri"/>
          <w:b/>
          <w:color w:val="1F4D78"/>
          <w:sz w:val="28"/>
        </w:rPr>
        <w:t xml:space="preserve"> </w:t>
      </w:r>
      <w:proofErr w:type="spellStart"/>
      <w:r>
        <w:rPr>
          <w:rFonts w:eastAsia="Calibri"/>
          <w:b/>
          <w:color w:val="1F4D78"/>
          <w:sz w:val="28"/>
        </w:rPr>
        <w:t>правового</w:t>
      </w:r>
      <w:proofErr w:type="spellEnd"/>
      <w:r>
        <w:rPr>
          <w:rFonts w:eastAsia="Calibri"/>
          <w:b/>
          <w:color w:val="1F4D78"/>
          <w:sz w:val="28"/>
        </w:rPr>
        <w:t xml:space="preserve"> </w:t>
      </w:r>
      <w:proofErr w:type="spellStart"/>
      <w:r>
        <w:rPr>
          <w:rFonts w:eastAsia="Calibri"/>
          <w:b/>
          <w:color w:val="1F4D78"/>
          <w:sz w:val="28"/>
        </w:rPr>
        <w:t>аудита</w:t>
      </w:r>
      <w:proofErr w:type="spellEnd"/>
      <w:r>
        <w:rPr>
          <w:rFonts w:eastAsia="Calibri"/>
          <w:b/>
          <w:color w:val="1F4D78"/>
          <w:sz w:val="28"/>
        </w:rPr>
        <w:t xml:space="preserve"> </w:t>
      </w:r>
      <w:proofErr w:type="spellStart"/>
      <w:r>
        <w:rPr>
          <w:rFonts w:eastAsia="Calibri"/>
          <w:b/>
          <w:color w:val="1F4D78"/>
          <w:sz w:val="28"/>
        </w:rPr>
        <w:t>Правил</w:t>
      </w:r>
      <w:proofErr w:type="spellEnd"/>
    </w:p>
    <w:tbl>
      <w:tblPr>
        <w:tblStyle w:val="aff0"/>
        <w:tblW w:w="0" w:type="auto"/>
        <w:jc w:val="center"/>
        <w:tblLayout w:type="fixed"/>
        <w:tblLook w:val="04A0" w:firstRow="1" w:lastRow="0" w:firstColumn="1" w:lastColumn="0" w:noHBand="0" w:noVBand="1"/>
      </w:tblPr>
      <w:tblGrid>
        <w:gridCol w:w="2097"/>
        <w:gridCol w:w="1417"/>
        <w:gridCol w:w="2607"/>
        <w:gridCol w:w="3231"/>
      </w:tblGrid>
      <w:tr w:rsidR="009D3111">
        <w:trPr>
          <w:tblHeader/>
          <w:jc w:val="center"/>
        </w:trPr>
        <w:tc>
          <w:tcPr>
            <w:tcW w:w="2097" w:type="dxa"/>
            <w:shd w:val="clear" w:color="auto" w:fill="F2F4F7"/>
            <w:tcMar>
              <w:top w:w="90" w:type="dxa"/>
              <w:left w:w="120" w:type="dxa"/>
              <w:bottom w:w="90" w:type="dxa"/>
              <w:right w:w="120" w:type="dxa"/>
            </w:tcMar>
            <w:vAlign w:val="center"/>
          </w:tcPr>
          <w:p w:rsidR="009D3111" w:rsidRDefault="00D10209">
            <w:pPr>
              <w:spacing w:after="40" w:line="240" w:lineRule="auto"/>
            </w:pPr>
            <w:r>
              <w:rPr>
                <w:rFonts w:eastAsia="Calibri"/>
                <w:sz w:val="17"/>
              </w:rPr>
              <w:t>Проверяемый вопрос</w:t>
            </w:r>
          </w:p>
        </w:tc>
        <w:tc>
          <w:tcPr>
            <w:tcW w:w="1417" w:type="dxa"/>
            <w:shd w:val="clear" w:color="auto" w:fill="F2F4F7"/>
            <w:tcMar>
              <w:top w:w="90" w:type="dxa"/>
              <w:left w:w="120" w:type="dxa"/>
              <w:bottom w:w="90" w:type="dxa"/>
              <w:right w:w="120" w:type="dxa"/>
            </w:tcMar>
            <w:vAlign w:val="center"/>
          </w:tcPr>
          <w:p w:rsidR="009D3111" w:rsidRDefault="00D10209">
            <w:pPr>
              <w:spacing w:after="40" w:line="240" w:lineRule="auto"/>
            </w:pPr>
            <w:r>
              <w:rPr>
                <w:rFonts w:eastAsia="Calibri"/>
                <w:sz w:val="17"/>
              </w:rPr>
              <w:t>Норма Правил</w:t>
            </w:r>
          </w:p>
        </w:tc>
        <w:tc>
          <w:tcPr>
            <w:tcW w:w="2607" w:type="dxa"/>
            <w:shd w:val="clear" w:color="auto" w:fill="F2F4F7"/>
            <w:tcMar>
              <w:top w:w="90" w:type="dxa"/>
              <w:left w:w="120" w:type="dxa"/>
              <w:bottom w:w="90" w:type="dxa"/>
              <w:right w:w="120" w:type="dxa"/>
            </w:tcMar>
            <w:vAlign w:val="center"/>
          </w:tcPr>
          <w:p w:rsidR="009D3111" w:rsidRDefault="00D10209">
            <w:pPr>
              <w:spacing w:after="40" w:line="240" w:lineRule="auto"/>
            </w:pPr>
            <w:r>
              <w:rPr>
                <w:rFonts w:eastAsia="Calibri"/>
                <w:sz w:val="17"/>
              </w:rPr>
              <w:t>Нормативное основание</w:t>
            </w:r>
          </w:p>
        </w:tc>
        <w:tc>
          <w:tcPr>
            <w:tcW w:w="3231" w:type="dxa"/>
            <w:shd w:val="clear" w:color="auto" w:fill="F2F4F7"/>
            <w:tcMar>
              <w:top w:w="90" w:type="dxa"/>
              <w:left w:w="120" w:type="dxa"/>
              <w:bottom w:w="90" w:type="dxa"/>
              <w:right w:w="120" w:type="dxa"/>
            </w:tcMar>
            <w:vAlign w:val="center"/>
          </w:tcPr>
          <w:p w:rsidR="009D3111" w:rsidRDefault="00D10209">
            <w:pPr>
              <w:spacing w:after="40" w:line="240" w:lineRule="auto"/>
            </w:pPr>
            <w:r>
              <w:rPr>
                <w:rFonts w:eastAsia="Calibri"/>
                <w:sz w:val="17"/>
              </w:rPr>
              <w:t>Вывод</w:t>
            </w:r>
          </w:p>
        </w:tc>
      </w:tr>
      <w:tr w:rsidR="009D3111" w:rsidRPr="003E4E25">
        <w:trPr>
          <w:jc w:val="center"/>
        </w:trPr>
        <w:tc>
          <w:tcPr>
            <w:tcW w:w="2097" w:type="dxa"/>
            <w:tcMar>
              <w:top w:w="90" w:type="dxa"/>
              <w:left w:w="120" w:type="dxa"/>
              <w:bottom w:w="90" w:type="dxa"/>
              <w:right w:w="120" w:type="dxa"/>
            </w:tcMar>
            <w:vAlign w:val="center"/>
          </w:tcPr>
          <w:p w:rsidR="009D3111" w:rsidRDefault="00D10209">
            <w:pPr>
              <w:spacing w:after="40" w:line="240" w:lineRule="auto"/>
            </w:pPr>
            <w:r>
              <w:rPr>
                <w:rFonts w:eastAsia="Calibri"/>
                <w:sz w:val="17"/>
              </w:rPr>
              <w:t>Мобильные телефоны</w:t>
            </w:r>
          </w:p>
        </w:tc>
        <w:tc>
          <w:tcPr>
            <w:tcW w:w="1417" w:type="dxa"/>
            <w:tcMar>
              <w:top w:w="90" w:type="dxa"/>
              <w:left w:w="120" w:type="dxa"/>
              <w:bottom w:w="90" w:type="dxa"/>
              <w:right w:w="120" w:type="dxa"/>
            </w:tcMar>
            <w:vAlign w:val="center"/>
          </w:tcPr>
          <w:p w:rsidR="009D3111" w:rsidRDefault="00D10209">
            <w:pPr>
              <w:spacing w:after="40" w:line="240" w:lineRule="auto"/>
            </w:pPr>
            <w:r>
              <w:rPr>
                <w:rFonts w:eastAsia="Calibri"/>
                <w:sz w:val="17"/>
              </w:rPr>
              <w:t>6.1–6.8</w:t>
            </w:r>
          </w:p>
        </w:tc>
        <w:tc>
          <w:tcPr>
            <w:tcW w:w="2607" w:type="dxa"/>
            <w:tcMar>
              <w:top w:w="90" w:type="dxa"/>
              <w:left w:w="120" w:type="dxa"/>
              <w:bottom w:w="90" w:type="dxa"/>
              <w:right w:w="120" w:type="dxa"/>
            </w:tcMar>
            <w:vAlign w:val="center"/>
          </w:tcPr>
          <w:p w:rsidR="009D3111" w:rsidRPr="00F42E2E" w:rsidRDefault="00D10209">
            <w:pPr>
              <w:spacing w:after="40" w:line="240" w:lineRule="auto"/>
              <w:rPr>
                <w:lang w:val="ru-RU"/>
              </w:rPr>
            </w:pPr>
            <w:r w:rsidRPr="00F42E2E">
              <w:rPr>
                <w:rFonts w:eastAsia="Calibri"/>
                <w:sz w:val="17"/>
                <w:lang w:val="ru-RU"/>
              </w:rPr>
              <w:t>п. 4.1 ч. 1 ст. 43 Закона № 273-ФЗ</w:t>
            </w:r>
          </w:p>
        </w:tc>
        <w:tc>
          <w:tcPr>
            <w:tcW w:w="3231" w:type="dxa"/>
            <w:tcMar>
              <w:top w:w="90" w:type="dxa"/>
              <w:left w:w="120" w:type="dxa"/>
              <w:bottom w:w="90" w:type="dxa"/>
              <w:right w:w="120" w:type="dxa"/>
            </w:tcMar>
            <w:vAlign w:val="center"/>
          </w:tcPr>
          <w:p w:rsidR="009D3111" w:rsidRPr="00F42E2E" w:rsidRDefault="00D10209">
            <w:pPr>
              <w:spacing w:after="40" w:line="240" w:lineRule="auto"/>
              <w:rPr>
                <w:lang w:val="ru-RU"/>
              </w:rPr>
            </w:pPr>
            <w:r w:rsidRPr="00F42E2E">
              <w:rPr>
                <w:rFonts w:eastAsia="Calibri"/>
                <w:sz w:val="17"/>
                <w:lang w:val="ru-RU"/>
              </w:rPr>
              <w:t>Запрет ограничен временем учебных занятий; сохранены экстренные случаи и учебное использование.</w:t>
            </w:r>
          </w:p>
        </w:tc>
      </w:tr>
      <w:tr w:rsidR="009D3111" w:rsidRPr="003E4E25">
        <w:trPr>
          <w:jc w:val="center"/>
        </w:trPr>
        <w:tc>
          <w:tcPr>
            <w:tcW w:w="2097" w:type="dxa"/>
            <w:tcMar>
              <w:top w:w="90" w:type="dxa"/>
              <w:left w:w="120" w:type="dxa"/>
              <w:bottom w:w="90" w:type="dxa"/>
              <w:right w:w="120" w:type="dxa"/>
            </w:tcMar>
            <w:vAlign w:val="center"/>
          </w:tcPr>
          <w:p w:rsidR="009D3111" w:rsidRPr="00F42E2E" w:rsidRDefault="00D10209">
            <w:pPr>
              <w:spacing w:after="40" w:line="240" w:lineRule="auto"/>
              <w:rPr>
                <w:lang w:val="ru-RU"/>
              </w:rPr>
            </w:pPr>
            <w:r w:rsidRPr="00F42E2E">
              <w:rPr>
                <w:rFonts w:eastAsia="Calibri"/>
                <w:sz w:val="17"/>
                <w:lang w:val="ru-RU"/>
              </w:rPr>
              <w:t>Изъятие вещей и доступ к устройству</w:t>
            </w:r>
          </w:p>
        </w:tc>
        <w:tc>
          <w:tcPr>
            <w:tcW w:w="1417" w:type="dxa"/>
            <w:tcMar>
              <w:top w:w="90" w:type="dxa"/>
              <w:left w:w="120" w:type="dxa"/>
              <w:bottom w:w="90" w:type="dxa"/>
              <w:right w:w="120" w:type="dxa"/>
            </w:tcMar>
            <w:vAlign w:val="center"/>
          </w:tcPr>
          <w:p w:rsidR="009D3111" w:rsidRDefault="00D10209">
            <w:pPr>
              <w:spacing w:after="40" w:line="240" w:lineRule="auto"/>
            </w:pPr>
            <w:r>
              <w:rPr>
                <w:rFonts w:eastAsia="Calibri"/>
                <w:sz w:val="17"/>
              </w:rPr>
              <w:t>6.4–6.5; 13.2</w:t>
            </w:r>
          </w:p>
        </w:tc>
        <w:tc>
          <w:tcPr>
            <w:tcW w:w="2607" w:type="dxa"/>
            <w:tcMar>
              <w:top w:w="90" w:type="dxa"/>
              <w:left w:w="120" w:type="dxa"/>
              <w:bottom w:w="90" w:type="dxa"/>
              <w:right w:w="120" w:type="dxa"/>
            </w:tcMar>
            <w:vAlign w:val="center"/>
          </w:tcPr>
          <w:p w:rsidR="009D3111" w:rsidRPr="00F42E2E" w:rsidRDefault="00D10209">
            <w:pPr>
              <w:spacing w:after="40" w:line="240" w:lineRule="auto"/>
              <w:rPr>
                <w:lang w:val="ru-RU"/>
              </w:rPr>
            </w:pPr>
            <w:r w:rsidRPr="00F42E2E">
              <w:rPr>
                <w:rFonts w:eastAsia="Calibri"/>
                <w:sz w:val="17"/>
                <w:lang w:val="ru-RU"/>
              </w:rPr>
              <w:t>ст. 23 Конституции РФ; ст. 152.1 ГК РФ; Закон № 152-ФЗ</w:t>
            </w:r>
          </w:p>
        </w:tc>
        <w:tc>
          <w:tcPr>
            <w:tcW w:w="3231" w:type="dxa"/>
            <w:tcMar>
              <w:top w:w="90" w:type="dxa"/>
              <w:left w:w="120" w:type="dxa"/>
              <w:bottom w:w="90" w:type="dxa"/>
              <w:right w:w="120" w:type="dxa"/>
            </w:tcMar>
            <w:vAlign w:val="center"/>
          </w:tcPr>
          <w:p w:rsidR="009D3111" w:rsidRPr="00F42E2E" w:rsidRDefault="00D10209">
            <w:pPr>
              <w:spacing w:after="40" w:line="240" w:lineRule="auto"/>
              <w:rPr>
                <w:lang w:val="ru-RU"/>
              </w:rPr>
            </w:pPr>
            <w:r w:rsidRPr="00F42E2E">
              <w:rPr>
                <w:rFonts w:eastAsia="Calibri"/>
                <w:sz w:val="17"/>
                <w:lang w:val="ru-RU"/>
              </w:rPr>
              <w:t>Произвольное изъятие, досмотр и доступ к данным работниками не допускаются.</w:t>
            </w:r>
          </w:p>
        </w:tc>
      </w:tr>
      <w:tr w:rsidR="009D3111" w:rsidRPr="003E4E25">
        <w:trPr>
          <w:jc w:val="center"/>
        </w:trPr>
        <w:tc>
          <w:tcPr>
            <w:tcW w:w="2097" w:type="dxa"/>
            <w:tcMar>
              <w:top w:w="90" w:type="dxa"/>
              <w:left w:w="120" w:type="dxa"/>
              <w:bottom w:w="90" w:type="dxa"/>
              <w:right w:w="120" w:type="dxa"/>
            </w:tcMar>
            <w:vAlign w:val="center"/>
          </w:tcPr>
          <w:p w:rsidR="009D3111" w:rsidRDefault="00D10209">
            <w:pPr>
              <w:spacing w:after="40" w:line="240" w:lineRule="auto"/>
            </w:pPr>
            <w:proofErr w:type="spellStart"/>
            <w:r>
              <w:rPr>
                <w:rFonts w:eastAsia="Calibri"/>
                <w:sz w:val="17"/>
              </w:rPr>
              <w:t>Одежда</w:t>
            </w:r>
            <w:proofErr w:type="spellEnd"/>
          </w:p>
        </w:tc>
        <w:tc>
          <w:tcPr>
            <w:tcW w:w="1417" w:type="dxa"/>
            <w:tcMar>
              <w:top w:w="90" w:type="dxa"/>
              <w:left w:w="120" w:type="dxa"/>
              <w:bottom w:w="90" w:type="dxa"/>
              <w:right w:w="120" w:type="dxa"/>
            </w:tcMar>
            <w:vAlign w:val="center"/>
          </w:tcPr>
          <w:p w:rsidR="009D3111" w:rsidRDefault="00D10209">
            <w:pPr>
              <w:spacing w:after="40" w:line="240" w:lineRule="auto"/>
            </w:pPr>
            <w:r>
              <w:rPr>
                <w:rFonts w:eastAsia="Calibri"/>
                <w:sz w:val="17"/>
              </w:rPr>
              <w:t>10.1–10.4</w:t>
            </w:r>
          </w:p>
        </w:tc>
        <w:tc>
          <w:tcPr>
            <w:tcW w:w="2607" w:type="dxa"/>
            <w:tcMar>
              <w:top w:w="90" w:type="dxa"/>
              <w:left w:w="120" w:type="dxa"/>
              <w:bottom w:w="90" w:type="dxa"/>
              <w:right w:w="120" w:type="dxa"/>
            </w:tcMar>
            <w:vAlign w:val="center"/>
          </w:tcPr>
          <w:p w:rsidR="009D3111" w:rsidRPr="00F42E2E" w:rsidRDefault="00D10209">
            <w:pPr>
              <w:spacing w:after="40" w:line="240" w:lineRule="auto"/>
              <w:rPr>
                <w:lang w:val="ru-RU"/>
              </w:rPr>
            </w:pPr>
            <w:r w:rsidRPr="00F42E2E">
              <w:rPr>
                <w:rFonts w:eastAsia="Calibri"/>
                <w:sz w:val="17"/>
                <w:lang w:val="ru-RU"/>
              </w:rPr>
              <w:t>ст. 38, ч. 3–4 ст. 30 Закона № 273-ФЗ</w:t>
            </w:r>
          </w:p>
        </w:tc>
        <w:tc>
          <w:tcPr>
            <w:tcW w:w="3231" w:type="dxa"/>
            <w:tcMar>
              <w:top w:w="90" w:type="dxa"/>
              <w:left w:w="120" w:type="dxa"/>
              <w:bottom w:w="90" w:type="dxa"/>
              <w:right w:w="120" w:type="dxa"/>
            </w:tcMar>
            <w:vAlign w:val="center"/>
          </w:tcPr>
          <w:p w:rsidR="009D3111" w:rsidRPr="00F42E2E" w:rsidRDefault="00D10209">
            <w:pPr>
              <w:spacing w:after="40" w:line="240" w:lineRule="auto"/>
              <w:rPr>
                <w:lang w:val="ru-RU"/>
              </w:rPr>
            </w:pPr>
            <w:r w:rsidRPr="00F42E2E">
              <w:rPr>
                <w:rFonts w:eastAsia="Calibri"/>
                <w:sz w:val="17"/>
                <w:lang w:val="ru-RU"/>
              </w:rPr>
              <w:t>Предусмотрен отдельный акт, учет мнений и запрет недопуска к занятиям.</w:t>
            </w:r>
          </w:p>
        </w:tc>
      </w:tr>
      <w:tr w:rsidR="009D3111" w:rsidRPr="003E4E25">
        <w:trPr>
          <w:jc w:val="center"/>
        </w:trPr>
        <w:tc>
          <w:tcPr>
            <w:tcW w:w="2097" w:type="dxa"/>
            <w:tcMar>
              <w:top w:w="90" w:type="dxa"/>
              <w:left w:w="120" w:type="dxa"/>
              <w:bottom w:w="90" w:type="dxa"/>
              <w:right w:w="120" w:type="dxa"/>
            </w:tcMar>
            <w:vAlign w:val="center"/>
          </w:tcPr>
          <w:p w:rsidR="009D3111" w:rsidRDefault="00D10209">
            <w:pPr>
              <w:spacing w:after="40" w:line="240" w:lineRule="auto"/>
            </w:pPr>
            <w:proofErr w:type="spellStart"/>
            <w:r>
              <w:rPr>
                <w:rFonts w:eastAsia="Calibri"/>
                <w:sz w:val="17"/>
              </w:rPr>
              <w:t>Труд</w:t>
            </w:r>
            <w:proofErr w:type="spellEnd"/>
            <w:r>
              <w:rPr>
                <w:rFonts w:eastAsia="Calibri"/>
                <w:sz w:val="17"/>
              </w:rPr>
              <w:t xml:space="preserve"> </w:t>
            </w:r>
            <w:proofErr w:type="spellStart"/>
            <w:r>
              <w:rPr>
                <w:rFonts w:eastAsia="Calibri"/>
                <w:sz w:val="17"/>
              </w:rPr>
              <w:t>обучающихся</w:t>
            </w:r>
            <w:proofErr w:type="spellEnd"/>
          </w:p>
        </w:tc>
        <w:tc>
          <w:tcPr>
            <w:tcW w:w="1417" w:type="dxa"/>
            <w:tcMar>
              <w:top w:w="90" w:type="dxa"/>
              <w:left w:w="120" w:type="dxa"/>
              <w:bottom w:w="90" w:type="dxa"/>
              <w:right w:w="120" w:type="dxa"/>
            </w:tcMar>
            <w:vAlign w:val="center"/>
          </w:tcPr>
          <w:p w:rsidR="009D3111" w:rsidRDefault="00D10209">
            <w:pPr>
              <w:spacing w:after="40" w:line="240" w:lineRule="auto"/>
            </w:pPr>
            <w:r>
              <w:rPr>
                <w:rFonts w:eastAsia="Calibri"/>
                <w:sz w:val="17"/>
              </w:rPr>
              <w:t>3.1–3.3</w:t>
            </w:r>
          </w:p>
        </w:tc>
        <w:tc>
          <w:tcPr>
            <w:tcW w:w="2607" w:type="dxa"/>
            <w:tcMar>
              <w:top w:w="90" w:type="dxa"/>
              <w:left w:w="120" w:type="dxa"/>
              <w:bottom w:w="90" w:type="dxa"/>
              <w:right w:w="120" w:type="dxa"/>
            </w:tcMar>
            <w:vAlign w:val="center"/>
          </w:tcPr>
          <w:p w:rsidR="009D3111" w:rsidRPr="00F42E2E" w:rsidRDefault="00D10209">
            <w:pPr>
              <w:spacing w:after="40" w:line="240" w:lineRule="auto"/>
              <w:rPr>
                <w:lang w:val="ru-RU"/>
              </w:rPr>
            </w:pPr>
            <w:r w:rsidRPr="00F42E2E">
              <w:rPr>
                <w:rFonts w:eastAsia="Calibri"/>
                <w:sz w:val="17"/>
                <w:lang w:val="ru-RU"/>
              </w:rPr>
              <w:t>п. 6 ч. 1 ст. 43; ч. 4 ст. 34 Закона № 273-ФЗ</w:t>
            </w:r>
          </w:p>
        </w:tc>
        <w:tc>
          <w:tcPr>
            <w:tcW w:w="3231" w:type="dxa"/>
            <w:tcMar>
              <w:top w:w="90" w:type="dxa"/>
              <w:left w:w="120" w:type="dxa"/>
              <w:bottom w:w="90" w:type="dxa"/>
              <w:right w:w="120" w:type="dxa"/>
            </w:tcMar>
            <w:vAlign w:val="center"/>
          </w:tcPr>
          <w:p w:rsidR="009D3111" w:rsidRPr="00F42E2E" w:rsidRDefault="00D10209">
            <w:pPr>
              <w:spacing w:after="40" w:line="240" w:lineRule="auto"/>
              <w:rPr>
                <w:lang w:val="ru-RU"/>
              </w:rPr>
            </w:pPr>
            <w:r w:rsidRPr="00F42E2E">
              <w:rPr>
                <w:rFonts w:eastAsia="Calibri"/>
                <w:sz w:val="17"/>
                <w:lang w:val="ru-RU"/>
              </w:rPr>
              <w:t>Труд в образовательной программе отделен от иного труда; трудовое наказание исключено.</w:t>
            </w:r>
          </w:p>
        </w:tc>
      </w:tr>
      <w:tr w:rsidR="009D3111" w:rsidRPr="003E4E25">
        <w:trPr>
          <w:jc w:val="center"/>
        </w:trPr>
        <w:tc>
          <w:tcPr>
            <w:tcW w:w="2097" w:type="dxa"/>
            <w:tcMar>
              <w:top w:w="90" w:type="dxa"/>
              <w:left w:w="120" w:type="dxa"/>
              <w:bottom w:w="90" w:type="dxa"/>
              <w:right w:w="120" w:type="dxa"/>
            </w:tcMar>
            <w:vAlign w:val="center"/>
          </w:tcPr>
          <w:p w:rsidR="009D3111" w:rsidRDefault="00D10209">
            <w:pPr>
              <w:spacing w:after="40" w:line="240" w:lineRule="auto"/>
            </w:pPr>
            <w:proofErr w:type="spellStart"/>
            <w:r>
              <w:rPr>
                <w:rFonts w:eastAsia="Calibri"/>
                <w:sz w:val="17"/>
              </w:rPr>
              <w:t>Дисциплинарная</w:t>
            </w:r>
            <w:proofErr w:type="spellEnd"/>
            <w:r>
              <w:rPr>
                <w:rFonts w:eastAsia="Calibri"/>
                <w:sz w:val="17"/>
              </w:rPr>
              <w:t xml:space="preserve"> </w:t>
            </w:r>
            <w:proofErr w:type="spellStart"/>
            <w:r>
              <w:rPr>
                <w:rFonts w:eastAsia="Calibri"/>
                <w:sz w:val="17"/>
              </w:rPr>
              <w:t>процедура</w:t>
            </w:r>
            <w:proofErr w:type="spellEnd"/>
          </w:p>
        </w:tc>
        <w:tc>
          <w:tcPr>
            <w:tcW w:w="1417" w:type="dxa"/>
            <w:tcMar>
              <w:top w:w="90" w:type="dxa"/>
              <w:left w:w="120" w:type="dxa"/>
              <w:bottom w:w="90" w:type="dxa"/>
              <w:right w:w="120" w:type="dxa"/>
            </w:tcMar>
            <w:vAlign w:val="center"/>
          </w:tcPr>
          <w:p w:rsidR="009D3111" w:rsidRDefault="00D10209">
            <w:pPr>
              <w:spacing w:after="40" w:line="240" w:lineRule="auto"/>
            </w:pPr>
            <w:r>
              <w:rPr>
                <w:rFonts w:eastAsia="Calibri"/>
                <w:sz w:val="17"/>
              </w:rPr>
              <w:t>16.1–16.13</w:t>
            </w:r>
          </w:p>
        </w:tc>
        <w:tc>
          <w:tcPr>
            <w:tcW w:w="2607" w:type="dxa"/>
            <w:tcMar>
              <w:top w:w="90" w:type="dxa"/>
              <w:left w:w="120" w:type="dxa"/>
              <w:bottom w:w="90" w:type="dxa"/>
              <w:right w:w="120" w:type="dxa"/>
            </w:tcMar>
            <w:vAlign w:val="center"/>
          </w:tcPr>
          <w:p w:rsidR="009D3111" w:rsidRDefault="00D10209">
            <w:pPr>
              <w:spacing w:after="40" w:line="240" w:lineRule="auto"/>
            </w:pPr>
            <w:r w:rsidRPr="00F42E2E">
              <w:rPr>
                <w:rFonts w:eastAsia="Calibri"/>
                <w:sz w:val="17"/>
                <w:lang w:val="ru-RU"/>
              </w:rPr>
              <w:t xml:space="preserve">ст. 43 Закона № 273-ФЗ; приказ № 243 в ред. </w:t>
            </w:r>
            <w:r>
              <w:rPr>
                <w:rFonts w:eastAsia="Calibri"/>
                <w:sz w:val="17"/>
              </w:rPr>
              <w:t>№ 711</w:t>
            </w:r>
          </w:p>
        </w:tc>
        <w:tc>
          <w:tcPr>
            <w:tcW w:w="3231" w:type="dxa"/>
            <w:tcMar>
              <w:top w:w="90" w:type="dxa"/>
              <w:left w:w="120" w:type="dxa"/>
              <w:bottom w:w="90" w:type="dxa"/>
              <w:right w:w="120" w:type="dxa"/>
            </w:tcMar>
            <w:vAlign w:val="center"/>
          </w:tcPr>
          <w:p w:rsidR="009D3111" w:rsidRPr="00F42E2E" w:rsidRDefault="00D10209">
            <w:pPr>
              <w:spacing w:after="40" w:line="240" w:lineRule="auto"/>
              <w:rPr>
                <w:lang w:val="ru-RU"/>
              </w:rPr>
            </w:pPr>
            <w:r w:rsidRPr="00F42E2E">
              <w:rPr>
                <w:rFonts w:eastAsia="Calibri"/>
                <w:sz w:val="17"/>
                <w:lang w:val="ru-RU"/>
              </w:rPr>
              <w:t>Виды мер и процессуальные сроки воспроизведены; предусмотрены объяснение, мнение советов и обжалование.</w:t>
            </w:r>
          </w:p>
        </w:tc>
      </w:tr>
      <w:tr w:rsidR="009D3111">
        <w:trPr>
          <w:jc w:val="center"/>
        </w:trPr>
        <w:tc>
          <w:tcPr>
            <w:tcW w:w="2097" w:type="dxa"/>
            <w:tcMar>
              <w:top w:w="90" w:type="dxa"/>
              <w:left w:w="120" w:type="dxa"/>
              <w:bottom w:w="90" w:type="dxa"/>
              <w:right w:w="120" w:type="dxa"/>
            </w:tcMar>
            <w:vAlign w:val="center"/>
          </w:tcPr>
          <w:p w:rsidR="009D3111" w:rsidRPr="00F42E2E" w:rsidRDefault="00D10209">
            <w:pPr>
              <w:spacing w:after="40" w:line="240" w:lineRule="auto"/>
              <w:rPr>
                <w:lang w:val="ru-RU"/>
              </w:rPr>
            </w:pPr>
            <w:r w:rsidRPr="00F42E2E">
              <w:rPr>
                <w:rFonts w:eastAsia="Calibri"/>
                <w:sz w:val="17"/>
                <w:lang w:val="ru-RU"/>
              </w:rPr>
              <w:t>Младшие школьники и отдельные категории ОВЗ</w:t>
            </w:r>
          </w:p>
        </w:tc>
        <w:tc>
          <w:tcPr>
            <w:tcW w:w="1417" w:type="dxa"/>
            <w:tcMar>
              <w:top w:w="90" w:type="dxa"/>
              <w:left w:w="120" w:type="dxa"/>
              <w:bottom w:w="90" w:type="dxa"/>
              <w:right w:w="120" w:type="dxa"/>
            </w:tcMar>
            <w:vAlign w:val="center"/>
          </w:tcPr>
          <w:p w:rsidR="009D3111" w:rsidRDefault="00D10209">
            <w:pPr>
              <w:spacing w:after="40" w:line="240" w:lineRule="auto"/>
            </w:pPr>
            <w:r>
              <w:rPr>
                <w:rFonts w:eastAsia="Calibri"/>
                <w:sz w:val="17"/>
              </w:rPr>
              <w:t>16.2</w:t>
            </w:r>
          </w:p>
        </w:tc>
        <w:tc>
          <w:tcPr>
            <w:tcW w:w="2607" w:type="dxa"/>
            <w:tcMar>
              <w:top w:w="90" w:type="dxa"/>
              <w:left w:w="120" w:type="dxa"/>
              <w:bottom w:w="90" w:type="dxa"/>
              <w:right w:w="120" w:type="dxa"/>
            </w:tcMar>
            <w:vAlign w:val="center"/>
          </w:tcPr>
          <w:p w:rsidR="009D3111" w:rsidRDefault="00D10209">
            <w:pPr>
              <w:spacing w:after="40" w:line="240" w:lineRule="auto"/>
            </w:pPr>
            <w:r>
              <w:rPr>
                <w:rFonts w:eastAsia="Calibri"/>
                <w:sz w:val="17"/>
              </w:rPr>
              <w:t>ч. 5 ст. 43 Закона № 273-ФЗ</w:t>
            </w:r>
          </w:p>
        </w:tc>
        <w:tc>
          <w:tcPr>
            <w:tcW w:w="3231" w:type="dxa"/>
            <w:tcMar>
              <w:top w:w="90" w:type="dxa"/>
              <w:left w:w="120" w:type="dxa"/>
              <w:bottom w:w="90" w:type="dxa"/>
              <w:right w:w="120" w:type="dxa"/>
            </w:tcMar>
            <w:vAlign w:val="center"/>
          </w:tcPr>
          <w:p w:rsidR="009D3111" w:rsidRDefault="00D10209">
            <w:pPr>
              <w:spacing w:after="40" w:line="240" w:lineRule="auto"/>
            </w:pPr>
            <w:r>
              <w:rPr>
                <w:rFonts w:eastAsia="Calibri"/>
                <w:sz w:val="17"/>
              </w:rPr>
              <w:t>Дисциплинарные взыскания не применяются.</w:t>
            </w:r>
          </w:p>
        </w:tc>
      </w:tr>
      <w:tr w:rsidR="009D3111" w:rsidRPr="003E4E25">
        <w:trPr>
          <w:jc w:val="center"/>
        </w:trPr>
        <w:tc>
          <w:tcPr>
            <w:tcW w:w="2097" w:type="dxa"/>
            <w:tcMar>
              <w:top w:w="90" w:type="dxa"/>
              <w:left w:w="120" w:type="dxa"/>
              <w:bottom w:w="90" w:type="dxa"/>
              <w:right w:w="120" w:type="dxa"/>
            </w:tcMar>
            <w:vAlign w:val="center"/>
          </w:tcPr>
          <w:p w:rsidR="009D3111" w:rsidRDefault="00D10209">
            <w:pPr>
              <w:spacing w:after="40" w:line="240" w:lineRule="auto"/>
            </w:pPr>
            <w:r>
              <w:rPr>
                <w:rFonts w:eastAsia="Calibri"/>
                <w:sz w:val="17"/>
              </w:rPr>
              <w:t>Санитарная безопасность</w:t>
            </w:r>
          </w:p>
        </w:tc>
        <w:tc>
          <w:tcPr>
            <w:tcW w:w="1417" w:type="dxa"/>
            <w:tcMar>
              <w:top w:w="90" w:type="dxa"/>
              <w:left w:w="120" w:type="dxa"/>
              <w:bottom w:w="90" w:type="dxa"/>
              <w:right w:w="120" w:type="dxa"/>
            </w:tcMar>
            <w:vAlign w:val="center"/>
          </w:tcPr>
          <w:p w:rsidR="009D3111" w:rsidRDefault="00D10209">
            <w:pPr>
              <w:spacing w:after="40" w:line="240" w:lineRule="auto"/>
            </w:pPr>
            <w:r>
              <w:rPr>
                <w:rFonts w:eastAsia="Calibri"/>
                <w:sz w:val="17"/>
              </w:rPr>
              <w:t>1.2; 4–9</w:t>
            </w:r>
          </w:p>
        </w:tc>
        <w:tc>
          <w:tcPr>
            <w:tcW w:w="2607" w:type="dxa"/>
            <w:tcMar>
              <w:top w:w="90" w:type="dxa"/>
              <w:left w:w="120" w:type="dxa"/>
              <w:bottom w:w="90" w:type="dxa"/>
              <w:right w:w="120" w:type="dxa"/>
            </w:tcMar>
            <w:vAlign w:val="center"/>
          </w:tcPr>
          <w:p w:rsidR="009D3111" w:rsidRDefault="00D10209">
            <w:pPr>
              <w:spacing w:after="40" w:line="240" w:lineRule="auto"/>
            </w:pPr>
            <w:r>
              <w:rPr>
                <w:rFonts w:eastAsia="Calibri"/>
                <w:sz w:val="17"/>
              </w:rPr>
              <w:t>Закон № 52-ФЗ; СП 2.4.2.4283-26; СанПиН 1.2.3685-21</w:t>
            </w:r>
          </w:p>
        </w:tc>
        <w:tc>
          <w:tcPr>
            <w:tcW w:w="3231" w:type="dxa"/>
            <w:tcMar>
              <w:top w:w="90" w:type="dxa"/>
              <w:left w:w="120" w:type="dxa"/>
              <w:bottom w:w="90" w:type="dxa"/>
              <w:right w:w="120" w:type="dxa"/>
            </w:tcMar>
            <w:vAlign w:val="center"/>
          </w:tcPr>
          <w:p w:rsidR="009D3111" w:rsidRPr="00F42E2E" w:rsidRDefault="00D10209">
            <w:pPr>
              <w:spacing w:after="40" w:line="240" w:lineRule="auto"/>
              <w:rPr>
                <w:lang w:val="ru-RU"/>
              </w:rPr>
            </w:pPr>
            <w:r w:rsidRPr="00F42E2E">
              <w:rPr>
                <w:rFonts w:eastAsia="Calibri"/>
                <w:sz w:val="17"/>
                <w:lang w:val="ru-RU"/>
              </w:rPr>
              <w:t>Правила ориентированы на нормы, применяемые с 1 сентября 2026 года.</w:t>
            </w:r>
          </w:p>
        </w:tc>
      </w:tr>
      <w:tr w:rsidR="009D3111" w:rsidRPr="003E4E25">
        <w:trPr>
          <w:jc w:val="center"/>
        </w:trPr>
        <w:tc>
          <w:tcPr>
            <w:tcW w:w="2097" w:type="dxa"/>
            <w:tcMar>
              <w:top w:w="90" w:type="dxa"/>
              <w:left w:w="120" w:type="dxa"/>
              <w:bottom w:w="90" w:type="dxa"/>
              <w:right w:w="120" w:type="dxa"/>
            </w:tcMar>
            <w:vAlign w:val="center"/>
          </w:tcPr>
          <w:p w:rsidR="009D3111" w:rsidRPr="00F42E2E" w:rsidRDefault="00D10209">
            <w:pPr>
              <w:spacing w:after="40" w:line="240" w:lineRule="auto"/>
              <w:rPr>
                <w:lang w:val="ru-RU"/>
              </w:rPr>
            </w:pPr>
            <w:r w:rsidRPr="00F42E2E">
              <w:rPr>
                <w:rFonts w:eastAsia="Calibri"/>
                <w:sz w:val="17"/>
                <w:lang w:val="ru-RU"/>
              </w:rPr>
              <w:t>Опоздание и доступ к образованию</w:t>
            </w:r>
          </w:p>
        </w:tc>
        <w:tc>
          <w:tcPr>
            <w:tcW w:w="1417" w:type="dxa"/>
            <w:tcMar>
              <w:top w:w="90" w:type="dxa"/>
              <w:left w:w="120" w:type="dxa"/>
              <w:bottom w:w="90" w:type="dxa"/>
              <w:right w:w="120" w:type="dxa"/>
            </w:tcMar>
            <w:vAlign w:val="center"/>
          </w:tcPr>
          <w:p w:rsidR="009D3111" w:rsidRDefault="00D10209">
            <w:pPr>
              <w:spacing w:after="40" w:line="240" w:lineRule="auto"/>
            </w:pPr>
            <w:r>
              <w:rPr>
                <w:rFonts w:eastAsia="Calibri"/>
                <w:sz w:val="17"/>
              </w:rPr>
              <w:t>4.3</w:t>
            </w:r>
          </w:p>
        </w:tc>
        <w:tc>
          <w:tcPr>
            <w:tcW w:w="2607" w:type="dxa"/>
            <w:tcMar>
              <w:top w:w="90" w:type="dxa"/>
              <w:left w:w="120" w:type="dxa"/>
              <w:bottom w:w="90" w:type="dxa"/>
              <w:right w:w="120" w:type="dxa"/>
            </w:tcMar>
            <w:vAlign w:val="center"/>
          </w:tcPr>
          <w:p w:rsidR="009D3111" w:rsidRDefault="00D10209">
            <w:pPr>
              <w:spacing w:after="40" w:line="240" w:lineRule="auto"/>
            </w:pPr>
            <w:r>
              <w:rPr>
                <w:rFonts w:eastAsia="Calibri"/>
                <w:sz w:val="17"/>
              </w:rPr>
              <w:t>ст. 5, 34 Закона № 273-ФЗ</w:t>
            </w:r>
          </w:p>
        </w:tc>
        <w:tc>
          <w:tcPr>
            <w:tcW w:w="3231" w:type="dxa"/>
            <w:tcMar>
              <w:top w:w="90" w:type="dxa"/>
              <w:left w:w="120" w:type="dxa"/>
              <w:bottom w:w="90" w:type="dxa"/>
              <w:right w:w="120" w:type="dxa"/>
            </w:tcMar>
            <w:vAlign w:val="center"/>
          </w:tcPr>
          <w:p w:rsidR="009D3111" w:rsidRPr="00F42E2E" w:rsidRDefault="00D10209">
            <w:pPr>
              <w:spacing w:after="40" w:line="240" w:lineRule="auto"/>
              <w:rPr>
                <w:lang w:val="ru-RU"/>
              </w:rPr>
            </w:pPr>
            <w:r w:rsidRPr="00F42E2E">
              <w:rPr>
                <w:rFonts w:eastAsia="Calibri"/>
                <w:sz w:val="17"/>
                <w:lang w:val="ru-RU"/>
              </w:rPr>
              <w:t>Опоздавший допускается к занятию; фиксация не превращается в отстранение.</w:t>
            </w:r>
          </w:p>
        </w:tc>
      </w:tr>
      <w:tr w:rsidR="009D3111" w:rsidRPr="003E4E25">
        <w:trPr>
          <w:jc w:val="center"/>
        </w:trPr>
        <w:tc>
          <w:tcPr>
            <w:tcW w:w="2097" w:type="dxa"/>
            <w:tcMar>
              <w:top w:w="90" w:type="dxa"/>
              <w:left w:w="120" w:type="dxa"/>
              <w:bottom w:w="90" w:type="dxa"/>
              <w:right w:w="120" w:type="dxa"/>
            </w:tcMar>
            <w:vAlign w:val="center"/>
          </w:tcPr>
          <w:p w:rsidR="009D3111" w:rsidRDefault="00D10209">
            <w:pPr>
              <w:spacing w:after="40" w:line="240" w:lineRule="auto"/>
            </w:pPr>
            <w:proofErr w:type="spellStart"/>
            <w:r>
              <w:rPr>
                <w:rFonts w:eastAsia="Calibri"/>
                <w:sz w:val="17"/>
              </w:rPr>
              <w:t>Незаконные</w:t>
            </w:r>
            <w:proofErr w:type="spellEnd"/>
            <w:r>
              <w:rPr>
                <w:rFonts w:eastAsia="Calibri"/>
                <w:sz w:val="17"/>
              </w:rPr>
              <w:t xml:space="preserve"> </w:t>
            </w:r>
            <w:proofErr w:type="spellStart"/>
            <w:r>
              <w:rPr>
                <w:rFonts w:eastAsia="Calibri"/>
                <w:sz w:val="17"/>
              </w:rPr>
              <w:t>наказания</w:t>
            </w:r>
            <w:proofErr w:type="spellEnd"/>
          </w:p>
        </w:tc>
        <w:tc>
          <w:tcPr>
            <w:tcW w:w="1417" w:type="dxa"/>
            <w:tcMar>
              <w:top w:w="90" w:type="dxa"/>
              <w:left w:w="120" w:type="dxa"/>
              <w:bottom w:w="90" w:type="dxa"/>
              <w:right w:w="120" w:type="dxa"/>
            </w:tcMar>
            <w:vAlign w:val="center"/>
          </w:tcPr>
          <w:p w:rsidR="009D3111" w:rsidRDefault="00D10209">
            <w:pPr>
              <w:spacing w:after="40" w:line="240" w:lineRule="auto"/>
            </w:pPr>
            <w:r>
              <w:rPr>
                <w:rFonts w:eastAsia="Calibri"/>
                <w:sz w:val="17"/>
              </w:rPr>
              <w:t>1.5; 15.3; 16.14</w:t>
            </w:r>
          </w:p>
        </w:tc>
        <w:tc>
          <w:tcPr>
            <w:tcW w:w="2607" w:type="dxa"/>
            <w:tcMar>
              <w:top w:w="90" w:type="dxa"/>
              <w:left w:w="120" w:type="dxa"/>
              <w:bottom w:w="90" w:type="dxa"/>
              <w:right w:w="120" w:type="dxa"/>
            </w:tcMar>
            <w:vAlign w:val="center"/>
          </w:tcPr>
          <w:p w:rsidR="009D3111" w:rsidRPr="00F42E2E" w:rsidRDefault="00D10209">
            <w:pPr>
              <w:spacing w:after="40" w:line="240" w:lineRule="auto"/>
              <w:rPr>
                <w:lang w:val="ru-RU"/>
              </w:rPr>
            </w:pPr>
            <w:r w:rsidRPr="00F42E2E">
              <w:rPr>
                <w:rFonts w:eastAsia="Calibri"/>
                <w:sz w:val="17"/>
                <w:lang w:val="ru-RU"/>
              </w:rPr>
              <w:t>ч. 3 ст. 43 и ч. 4 ст. 30 Закона № 273-ФЗ</w:t>
            </w:r>
          </w:p>
        </w:tc>
        <w:tc>
          <w:tcPr>
            <w:tcW w:w="3231" w:type="dxa"/>
            <w:tcMar>
              <w:top w:w="90" w:type="dxa"/>
              <w:left w:w="120" w:type="dxa"/>
              <w:bottom w:w="90" w:type="dxa"/>
              <w:right w:w="120" w:type="dxa"/>
            </w:tcMar>
            <w:vAlign w:val="center"/>
          </w:tcPr>
          <w:p w:rsidR="009D3111" w:rsidRPr="00F42E2E" w:rsidRDefault="00D10209">
            <w:pPr>
              <w:spacing w:after="40" w:line="240" w:lineRule="auto"/>
              <w:rPr>
                <w:lang w:val="ru-RU"/>
              </w:rPr>
            </w:pPr>
            <w:r w:rsidRPr="00F42E2E">
              <w:rPr>
                <w:rFonts w:eastAsia="Calibri"/>
                <w:sz w:val="17"/>
                <w:lang w:val="ru-RU"/>
              </w:rPr>
              <w:t>Денежные, коллективные, унижающие и иные не предусмотренные законом меры запрещены.</w:t>
            </w:r>
          </w:p>
        </w:tc>
      </w:tr>
      <w:tr w:rsidR="009D3111" w:rsidRPr="003E4E25">
        <w:trPr>
          <w:jc w:val="center"/>
        </w:trPr>
        <w:tc>
          <w:tcPr>
            <w:tcW w:w="2097" w:type="dxa"/>
            <w:tcMar>
              <w:top w:w="90" w:type="dxa"/>
              <w:left w:w="120" w:type="dxa"/>
              <w:bottom w:w="90" w:type="dxa"/>
              <w:right w:w="120" w:type="dxa"/>
            </w:tcMar>
            <w:vAlign w:val="center"/>
          </w:tcPr>
          <w:p w:rsidR="009D3111" w:rsidRPr="00F42E2E" w:rsidRDefault="00D10209">
            <w:pPr>
              <w:spacing w:after="40" w:line="240" w:lineRule="auto"/>
              <w:rPr>
                <w:lang w:val="ru-RU"/>
              </w:rPr>
            </w:pPr>
            <w:r w:rsidRPr="00F42E2E">
              <w:rPr>
                <w:rFonts w:eastAsia="Calibri"/>
                <w:sz w:val="17"/>
                <w:lang w:val="ru-RU"/>
              </w:rPr>
              <w:t>Частная жизнь и персональные данные</w:t>
            </w:r>
          </w:p>
        </w:tc>
        <w:tc>
          <w:tcPr>
            <w:tcW w:w="1417" w:type="dxa"/>
            <w:tcMar>
              <w:top w:w="90" w:type="dxa"/>
              <w:left w:w="120" w:type="dxa"/>
              <w:bottom w:w="90" w:type="dxa"/>
              <w:right w:w="120" w:type="dxa"/>
            </w:tcMar>
            <w:vAlign w:val="center"/>
          </w:tcPr>
          <w:p w:rsidR="009D3111" w:rsidRDefault="00D10209">
            <w:pPr>
              <w:spacing w:after="40" w:line="240" w:lineRule="auto"/>
            </w:pPr>
            <w:r>
              <w:rPr>
                <w:rFonts w:eastAsia="Calibri"/>
                <w:sz w:val="17"/>
              </w:rPr>
              <w:t>2.2; 6.7; 11.3</w:t>
            </w:r>
          </w:p>
        </w:tc>
        <w:tc>
          <w:tcPr>
            <w:tcW w:w="2607" w:type="dxa"/>
            <w:tcMar>
              <w:top w:w="90" w:type="dxa"/>
              <w:left w:w="120" w:type="dxa"/>
              <w:bottom w:w="90" w:type="dxa"/>
              <w:right w:w="120" w:type="dxa"/>
            </w:tcMar>
            <w:vAlign w:val="center"/>
          </w:tcPr>
          <w:p w:rsidR="009D3111" w:rsidRPr="00F42E2E" w:rsidRDefault="00D10209">
            <w:pPr>
              <w:spacing w:after="40" w:line="240" w:lineRule="auto"/>
              <w:rPr>
                <w:lang w:val="ru-RU"/>
              </w:rPr>
            </w:pPr>
            <w:r w:rsidRPr="00F42E2E">
              <w:rPr>
                <w:rFonts w:eastAsia="Calibri"/>
                <w:sz w:val="17"/>
                <w:lang w:val="ru-RU"/>
              </w:rPr>
              <w:t>ст. 23–24 Конституции РФ; законы № 152-ФЗ, № 436-ФЗ</w:t>
            </w:r>
          </w:p>
        </w:tc>
        <w:tc>
          <w:tcPr>
            <w:tcW w:w="3231" w:type="dxa"/>
            <w:tcMar>
              <w:top w:w="90" w:type="dxa"/>
              <w:left w:w="120" w:type="dxa"/>
              <w:bottom w:w="90" w:type="dxa"/>
              <w:right w:w="120" w:type="dxa"/>
            </w:tcMar>
            <w:vAlign w:val="center"/>
          </w:tcPr>
          <w:p w:rsidR="009D3111" w:rsidRPr="00F42E2E" w:rsidRDefault="00D10209">
            <w:pPr>
              <w:spacing w:after="40" w:line="240" w:lineRule="auto"/>
              <w:rPr>
                <w:lang w:val="ru-RU"/>
              </w:rPr>
            </w:pPr>
            <w:r w:rsidRPr="00F42E2E">
              <w:rPr>
                <w:rFonts w:eastAsia="Calibri"/>
                <w:sz w:val="17"/>
                <w:lang w:val="ru-RU"/>
              </w:rPr>
              <w:t>Закреплены ограничения на запись, публикацию и распространение данных.</w:t>
            </w:r>
          </w:p>
        </w:tc>
      </w:tr>
      <w:tr w:rsidR="009D3111" w:rsidRPr="003E4E25">
        <w:trPr>
          <w:jc w:val="center"/>
        </w:trPr>
        <w:tc>
          <w:tcPr>
            <w:tcW w:w="2097" w:type="dxa"/>
            <w:tcMar>
              <w:top w:w="90" w:type="dxa"/>
              <w:left w:w="120" w:type="dxa"/>
              <w:bottom w:w="90" w:type="dxa"/>
              <w:right w:w="120" w:type="dxa"/>
            </w:tcMar>
            <w:vAlign w:val="center"/>
          </w:tcPr>
          <w:p w:rsidR="009D3111" w:rsidRDefault="00D10209">
            <w:pPr>
              <w:spacing w:after="40" w:line="240" w:lineRule="auto"/>
            </w:pPr>
            <w:proofErr w:type="spellStart"/>
            <w:r>
              <w:rPr>
                <w:rFonts w:eastAsia="Calibri"/>
                <w:sz w:val="17"/>
              </w:rPr>
              <w:t>Принятие</w:t>
            </w:r>
            <w:proofErr w:type="spellEnd"/>
            <w:r>
              <w:rPr>
                <w:rFonts w:eastAsia="Calibri"/>
                <w:sz w:val="17"/>
              </w:rPr>
              <w:t xml:space="preserve"> </w:t>
            </w:r>
            <w:proofErr w:type="spellStart"/>
            <w:r>
              <w:rPr>
                <w:rFonts w:eastAsia="Calibri"/>
                <w:sz w:val="17"/>
              </w:rPr>
              <w:t>локального</w:t>
            </w:r>
            <w:proofErr w:type="spellEnd"/>
            <w:r>
              <w:rPr>
                <w:rFonts w:eastAsia="Calibri"/>
                <w:sz w:val="17"/>
              </w:rPr>
              <w:t xml:space="preserve"> </w:t>
            </w:r>
            <w:proofErr w:type="spellStart"/>
            <w:r>
              <w:rPr>
                <w:rFonts w:eastAsia="Calibri"/>
                <w:sz w:val="17"/>
              </w:rPr>
              <w:t>акта</w:t>
            </w:r>
            <w:proofErr w:type="spellEnd"/>
          </w:p>
        </w:tc>
        <w:tc>
          <w:tcPr>
            <w:tcW w:w="1417" w:type="dxa"/>
            <w:tcMar>
              <w:top w:w="90" w:type="dxa"/>
              <w:left w:w="120" w:type="dxa"/>
              <w:bottom w:w="90" w:type="dxa"/>
              <w:right w:w="120" w:type="dxa"/>
            </w:tcMar>
            <w:vAlign w:val="center"/>
          </w:tcPr>
          <w:p w:rsidR="009D3111" w:rsidRDefault="00D10209">
            <w:pPr>
              <w:spacing w:after="40" w:line="240" w:lineRule="auto"/>
            </w:pPr>
            <w:r>
              <w:rPr>
                <w:rFonts w:eastAsia="Calibri"/>
                <w:sz w:val="17"/>
              </w:rPr>
              <w:t>18.1–18.3</w:t>
            </w:r>
          </w:p>
        </w:tc>
        <w:tc>
          <w:tcPr>
            <w:tcW w:w="2607" w:type="dxa"/>
            <w:tcMar>
              <w:top w:w="90" w:type="dxa"/>
              <w:left w:w="120" w:type="dxa"/>
              <w:bottom w:w="90" w:type="dxa"/>
              <w:right w:w="120" w:type="dxa"/>
            </w:tcMar>
            <w:vAlign w:val="center"/>
          </w:tcPr>
          <w:p w:rsidR="009D3111" w:rsidRDefault="00D10209">
            <w:pPr>
              <w:spacing w:after="40" w:line="240" w:lineRule="auto"/>
            </w:pPr>
            <w:r>
              <w:rPr>
                <w:rFonts w:eastAsia="Calibri"/>
                <w:sz w:val="17"/>
              </w:rPr>
              <w:t>ст. 28 и 30 Закона № 273-ФЗ</w:t>
            </w:r>
          </w:p>
        </w:tc>
        <w:tc>
          <w:tcPr>
            <w:tcW w:w="3231" w:type="dxa"/>
            <w:tcMar>
              <w:top w:w="90" w:type="dxa"/>
              <w:left w:w="120" w:type="dxa"/>
              <w:bottom w:w="90" w:type="dxa"/>
              <w:right w:w="120" w:type="dxa"/>
            </w:tcMar>
            <w:vAlign w:val="center"/>
          </w:tcPr>
          <w:p w:rsidR="009D3111" w:rsidRPr="00F42E2E" w:rsidRDefault="00D10209">
            <w:pPr>
              <w:spacing w:after="40" w:line="240" w:lineRule="auto"/>
              <w:rPr>
                <w:lang w:val="ru-RU"/>
              </w:rPr>
            </w:pPr>
            <w:r w:rsidRPr="00F42E2E">
              <w:rPr>
                <w:rFonts w:eastAsia="Calibri"/>
                <w:sz w:val="17"/>
                <w:lang w:val="ru-RU"/>
              </w:rPr>
              <w:t>Предусмотрены компетенция, утверждение, опубликование и ознакомление.</w:t>
            </w:r>
          </w:p>
        </w:tc>
      </w:tr>
      <w:tr w:rsidR="009D3111" w:rsidRPr="003E4E25">
        <w:trPr>
          <w:jc w:val="center"/>
        </w:trPr>
        <w:tc>
          <w:tcPr>
            <w:tcW w:w="2097" w:type="dxa"/>
            <w:tcMar>
              <w:top w:w="90" w:type="dxa"/>
              <w:left w:w="120" w:type="dxa"/>
              <w:bottom w:w="90" w:type="dxa"/>
              <w:right w:w="120" w:type="dxa"/>
            </w:tcMar>
            <w:vAlign w:val="center"/>
          </w:tcPr>
          <w:p w:rsidR="009D3111" w:rsidRDefault="00D10209">
            <w:pPr>
              <w:spacing w:after="40" w:line="240" w:lineRule="auto"/>
            </w:pPr>
            <w:proofErr w:type="spellStart"/>
            <w:r>
              <w:rPr>
                <w:rFonts w:eastAsia="Calibri"/>
                <w:sz w:val="17"/>
              </w:rPr>
              <w:t>Учет</w:t>
            </w:r>
            <w:proofErr w:type="spellEnd"/>
            <w:r>
              <w:rPr>
                <w:rFonts w:eastAsia="Calibri"/>
                <w:sz w:val="17"/>
              </w:rPr>
              <w:t xml:space="preserve"> </w:t>
            </w:r>
            <w:proofErr w:type="spellStart"/>
            <w:r>
              <w:rPr>
                <w:rFonts w:eastAsia="Calibri"/>
                <w:sz w:val="17"/>
              </w:rPr>
              <w:t>мнения</w:t>
            </w:r>
            <w:proofErr w:type="spellEnd"/>
            <w:r>
              <w:rPr>
                <w:rFonts w:eastAsia="Calibri"/>
                <w:sz w:val="17"/>
              </w:rPr>
              <w:t xml:space="preserve"> </w:t>
            </w:r>
            <w:proofErr w:type="spellStart"/>
            <w:r>
              <w:rPr>
                <w:rFonts w:eastAsia="Calibri"/>
                <w:sz w:val="17"/>
              </w:rPr>
              <w:t>советов</w:t>
            </w:r>
            <w:proofErr w:type="spellEnd"/>
          </w:p>
        </w:tc>
        <w:tc>
          <w:tcPr>
            <w:tcW w:w="1417" w:type="dxa"/>
            <w:tcMar>
              <w:top w:w="90" w:type="dxa"/>
              <w:left w:w="120" w:type="dxa"/>
              <w:bottom w:w="90" w:type="dxa"/>
              <w:right w:w="120" w:type="dxa"/>
            </w:tcMar>
            <w:vAlign w:val="center"/>
          </w:tcPr>
          <w:p w:rsidR="009D3111" w:rsidRDefault="00D10209">
            <w:pPr>
              <w:spacing w:after="40" w:line="240" w:lineRule="auto"/>
            </w:pPr>
            <w:r>
              <w:rPr>
                <w:rFonts w:eastAsia="Calibri"/>
                <w:sz w:val="17"/>
              </w:rPr>
              <w:t>грифы; 16.7; 18.1</w:t>
            </w:r>
          </w:p>
        </w:tc>
        <w:tc>
          <w:tcPr>
            <w:tcW w:w="2607" w:type="dxa"/>
            <w:tcMar>
              <w:top w:w="90" w:type="dxa"/>
              <w:left w:w="120" w:type="dxa"/>
              <w:bottom w:w="90" w:type="dxa"/>
              <w:right w:w="120" w:type="dxa"/>
            </w:tcMar>
            <w:vAlign w:val="center"/>
          </w:tcPr>
          <w:p w:rsidR="009D3111" w:rsidRPr="00F42E2E" w:rsidRDefault="00D10209">
            <w:pPr>
              <w:spacing w:after="40" w:line="240" w:lineRule="auto"/>
              <w:rPr>
                <w:lang w:val="ru-RU"/>
              </w:rPr>
            </w:pPr>
            <w:r w:rsidRPr="00F42E2E">
              <w:rPr>
                <w:rFonts w:eastAsia="Calibri"/>
                <w:sz w:val="17"/>
                <w:lang w:val="ru-RU"/>
              </w:rPr>
              <w:t>ч. 3 ст. 30, ст. 43 Закона № 273-ФЗ; приказ № 243</w:t>
            </w:r>
          </w:p>
        </w:tc>
        <w:tc>
          <w:tcPr>
            <w:tcW w:w="3231" w:type="dxa"/>
            <w:tcMar>
              <w:top w:w="90" w:type="dxa"/>
              <w:left w:w="120" w:type="dxa"/>
              <w:bottom w:w="90" w:type="dxa"/>
              <w:right w:w="120" w:type="dxa"/>
            </w:tcMar>
            <w:vAlign w:val="center"/>
          </w:tcPr>
          <w:p w:rsidR="009D3111" w:rsidRPr="00F42E2E" w:rsidRDefault="00D10209">
            <w:pPr>
              <w:spacing w:after="40" w:line="240" w:lineRule="auto"/>
              <w:rPr>
                <w:lang w:val="ru-RU"/>
              </w:rPr>
            </w:pPr>
            <w:r w:rsidRPr="00F42E2E">
              <w:rPr>
                <w:rFonts w:eastAsia="Calibri"/>
                <w:sz w:val="17"/>
                <w:lang w:val="ru-RU"/>
              </w:rPr>
              <w:t>Разделены учет мнения при принятии акта и при дисциплинарном производстве.</w:t>
            </w:r>
          </w:p>
        </w:tc>
      </w:tr>
      <w:tr w:rsidR="009D3111" w:rsidRPr="003E4E25">
        <w:trPr>
          <w:jc w:val="center"/>
        </w:trPr>
        <w:tc>
          <w:tcPr>
            <w:tcW w:w="2097" w:type="dxa"/>
            <w:tcMar>
              <w:top w:w="90" w:type="dxa"/>
              <w:left w:w="120" w:type="dxa"/>
              <w:bottom w:w="90" w:type="dxa"/>
              <w:right w:w="120" w:type="dxa"/>
            </w:tcMar>
            <w:vAlign w:val="center"/>
          </w:tcPr>
          <w:p w:rsidR="009D3111" w:rsidRDefault="00D10209">
            <w:pPr>
              <w:spacing w:after="40" w:line="240" w:lineRule="auto"/>
            </w:pPr>
            <w:proofErr w:type="spellStart"/>
            <w:r>
              <w:rPr>
                <w:rFonts w:eastAsia="Calibri"/>
                <w:sz w:val="17"/>
              </w:rPr>
              <w:t>Актуальность</w:t>
            </w:r>
            <w:proofErr w:type="spellEnd"/>
            <w:r>
              <w:rPr>
                <w:rFonts w:eastAsia="Calibri"/>
                <w:sz w:val="17"/>
              </w:rPr>
              <w:t xml:space="preserve"> </w:t>
            </w:r>
            <w:proofErr w:type="spellStart"/>
            <w:r>
              <w:rPr>
                <w:rFonts w:eastAsia="Calibri"/>
                <w:sz w:val="17"/>
              </w:rPr>
              <w:t>на</w:t>
            </w:r>
            <w:proofErr w:type="spellEnd"/>
            <w:r>
              <w:rPr>
                <w:rFonts w:eastAsia="Calibri"/>
                <w:sz w:val="17"/>
              </w:rPr>
              <w:t xml:space="preserve"> 01.09.2026</w:t>
            </w:r>
          </w:p>
        </w:tc>
        <w:tc>
          <w:tcPr>
            <w:tcW w:w="1417" w:type="dxa"/>
            <w:tcMar>
              <w:top w:w="90" w:type="dxa"/>
              <w:left w:w="120" w:type="dxa"/>
              <w:bottom w:w="90" w:type="dxa"/>
              <w:right w:w="120" w:type="dxa"/>
            </w:tcMar>
            <w:vAlign w:val="center"/>
          </w:tcPr>
          <w:p w:rsidR="009D3111" w:rsidRDefault="00D10209">
            <w:pPr>
              <w:spacing w:after="40" w:line="240" w:lineRule="auto"/>
            </w:pPr>
            <w:r>
              <w:rPr>
                <w:rFonts w:eastAsia="Calibri"/>
                <w:sz w:val="17"/>
              </w:rPr>
              <w:t>1.2; 8.6; 16</w:t>
            </w:r>
          </w:p>
        </w:tc>
        <w:tc>
          <w:tcPr>
            <w:tcW w:w="2607" w:type="dxa"/>
            <w:tcMar>
              <w:top w:w="90" w:type="dxa"/>
              <w:left w:w="120" w:type="dxa"/>
              <w:bottom w:w="90" w:type="dxa"/>
              <w:right w:w="120" w:type="dxa"/>
            </w:tcMar>
            <w:vAlign w:val="center"/>
          </w:tcPr>
          <w:p w:rsidR="009D3111" w:rsidRPr="00F42E2E" w:rsidRDefault="00D10209">
            <w:pPr>
              <w:spacing w:after="40" w:line="240" w:lineRule="auto"/>
              <w:rPr>
                <w:lang w:val="ru-RU"/>
              </w:rPr>
            </w:pPr>
            <w:r w:rsidRPr="00F42E2E">
              <w:rPr>
                <w:rFonts w:eastAsia="Calibri"/>
                <w:sz w:val="17"/>
                <w:lang w:val="ru-RU"/>
              </w:rPr>
              <w:t>официально опубликованные НПА по состоянию на 14.08.2026</w:t>
            </w:r>
          </w:p>
        </w:tc>
        <w:tc>
          <w:tcPr>
            <w:tcW w:w="3231" w:type="dxa"/>
            <w:tcMar>
              <w:top w:w="90" w:type="dxa"/>
              <w:left w:w="120" w:type="dxa"/>
              <w:bottom w:w="90" w:type="dxa"/>
              <w:right w:w="120" w:type="dxa"/>
            </w:tcMar>
            <w:vAlign w:val="center"/>
          </w:tcPr>
          <w:p w:rsidR="009D3111" w:rsidRPr="00F42E2E" w:rsidRDefault="00D10209">
            <w:pPr>
              <w:spacing w:after="40" w:line="240" w:lineRule="auto"/>
              <w:rPr>
                <w:lang w:val="ru-RU"/>
              </w:rPr>
            </w:pPr>
            <w:r w:rsidRPr="00F42E2E">
              <w:rPr>
                <w:rFonts w:eastAsia="Calibri"/>
                <w:sz w:val="17"/>
                <w:lang w:val="ru-RU"/>
              </w:rPr>
              <w:t>СП 2.4.3648-20 и приказ № 185 не используются; учтены новые СП и приказ № 243.</w:t>
            </w:r>
          </w:p>
        </w:tc>
      </w:tr>
    </w:tbl>
    <w:p w:rsidR="009D3111" w:rsidRPr="00F42E2E" w:rsidRDefault="009D3111" w:rsidP="00282577">
      <w:pPr>
        <w:pStyle w:val="21"/>
        <w:rPr>
          <w:lang w:val="ru-RU"/>
        </w:rPr>
      </w:pPr>
    </w:p>
    <w:sectPr w:rsidR="009D3111" w:rsidRPr="00F42E2E" w:rsidSect="00034616">
      <w:headerReference w:type="default" r:id="rId9"/>
      <w:footerReference w:type="default" r:id="rId10"/>
      <w:pgSz w:w="11906" w:h="16838"/>
      <w:pgMar w:top="964" w:right="964" w:bottom="964" w:left="1247" w:header="397" w:footer="39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3ECB" w:rsidRDefault="00083ECB">
      <w:pPr>
        <w:spacing w:after="0" w:line="240" w:lineRule="auto"/>
      </w:pPr>
      <w:r>
        <w:separator/>
      </w:r>
    </w:p>
  </w:endnote>
  <w:endnote w:type="continuationSeparator" w:id="0">
    <w:p w:rsidR="00083ECB" w:rsidRDefault="00083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7F7" w:rsidRDefault="007877F7">
    <w:pPr>
      <w:pStyle w:val="a7"/>
      <w:jc w:val="center"/>
    </w:pPr>
    <w:r>
      <w:rPr>
        <w:rFonts w:eastAsia="Calibri"/>
        <w:color w:val="5A5A5A"/>
        <w:sz w:val="17"/>
      </w:rPr>
      <w:t xml:space="preserve">[Сокращенное наименование школы]  •  стр. </w:t>
    </w:r>
    <w:r>
      <w:fldChar w:fldCharType="begin"/>
    </w:r>
    <w:r>
      <w:instrText>PAGE</w:instrText>
    </w:r>
    <w:r>
      <w:fldChar w:fldCharType="separate"/>
    </w:r>
    <w:r w:rsidR="003E4E25">
      <w:rPr>
        <w:noProof/>
      </w:rPr>
      <w:t>25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3ECB" w:rsidRDefault="00083ECB">
      <w:pPr>
        <w:spacing w:after="0" w:line="240" w:lineRule="auto"/>
      </w:pPr>
      <w:r>
        <w:separator/>
      </w:r>
    </w:p>
  </w:footnote>
  <w:footnote w:type="continuationSeparator" w:id="0">
    <w:p w:rsidR="00083ECB" w:rsidRDefault="00083E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7F7" w:rsidRPr="00F42E2E" w:rsidRDefault="007877F7">
    <w:pPr>
      <w:pStyle w:val="a5"/>
      <w:jc w:val="right"/>
      <w:rPr>
        <w:lang w:val="ru-RU"/>
      </w:rPr>
    </w:pPr>
    <w:r w:rsidRPr="00F42E2E">
      <w:rPr>
        <w:rFonts w:eastAsia="Calibri"/>
        <w:color w:val="5A5A5A"/>
        <w:sz w:val="17"/>
        <w:lang w:val="ru-RU"/>
      </w:rPr>
      <w:t>Правила внутреннего распорядка обучающихся | редакция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nsid w:val="09512B34"/>
    <w:multiLevelType w:val="multilevel"/>
    <w:tmpl w:val="61321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F9B67F2"/>
    <w:multiLevelType w:val="multilevel"/>
    <w:tmpl w:val="DC6A7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0B90A1C"/>
    <w:multiLevelType w:val="multilevel"/>
    <w:tmpl w:val="E932E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5D35B32"/>
    <w:multiLevelType w:val="multilevel"/>
    <w:tmpl w:val="C55AA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8414B54"/>
    <w:multiLevelType w:val="multilevel"/>
    <w:tmpl w:val="55340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31B3063"/>
    <w:multiLevelType w:val="multilevel"/>
    <w:tmpl w:val="F09A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9D916D7"/>
    <w:multiLevelType w:val="multilevel"/>
    <w:tmpl w:val="B3A20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F7650BC"/>
    <w:multiLevelType w:val="multilevel"/>
    <w:tmpl w:val="ED906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CEC4BC8"/>
    <w:multiLevelType w:val="multilevel"/>
    <w:tmpl w:val="E878D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5"/>
  </w:num>
  <w:num w:numId="11">
    <w:abstractNumId w:val="13"/>
  </w:num>
  <w:num w:numId="12">
    <w:abstractNumId w:val="16"/>
  </w:num>
  <w:num w:numId="13">
    <w:abstractNumId w:val="9"/>
  </w:num>
  <w:num w:numId="14">
    <w:abstractNumId w:val="11"/>
  </w:num>
  <w:num w:numId="15">
    <w:abstractNumId w:val="10"/>
  </w:num>
  <w:num w:numId="16">
    <w:abstractNumId w:val="12"/>
  </w:num>
  <w:num w:numId="17">
    <w:abstractNumId w:val="14"/>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83ECB"/>
    <w:rsid w:val="0015074B"/>
    <w:rsid w:val="00227705"/>
    <w:rsid w:val="00270131"/>
    <w:rsid w:val="00282577"/>
    <w:rsid w:val="0029639D"/>
    <w:rsid w:val="00326F90"/>
    <w:rsid w:val="0034430F"/>
    <w:rsid w:val="003E4E25"/>
    <w:rsid w:val="00732497"/>
    <w:rsid w:val="00743F46"/>
    <w:rsid w:val="007877F7"/>
    <w:rsid w:val="00874CC2"/>
    <w:rsid w:val="008E6EC3"/>
    <w:rsid w:val="00961ED5"/>
    <w:rsid w:val="009D3111"/>
    <w:rsid w:val="00A662D9"/>
    <w:rsid w:val="00AA1D8D"/>
    <w:rsid w:val="00B3518C"/>
    <w:rsid w:val="00B47730"/>
    <w:rsid w:val="00BA64AB"/>
    <w:rsid w:val="00C2303D"/>
    <w:rsid w:val="00C74710"/>
    <w:rsid w:val="00CB0664"/>
    <w:rsid w:val="00CF06E1"/>
    <w:rsid w:val="00D10209"/>
    <w:rsid w:val="00D155D7"/>
    <w:rsid w:val="00E900EF"/>
    <w:rsid w:val="00F26C53"/>
    <w:rsid w:val="00F42E2E"/>
    <w:rsid w:val="00FA612A"/>
    <w:rsid w:val="00FC693F"/>
    <w:rsid w:val="00FF2E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1597314-83FF-4525-9F93-9E0C14CE8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00" w:line="259" w:lineRule="auto"/>
      <w:jc w:val="both"/>
    </w:pPr>
    <w:rPr>
      <w:rFonts w:ascii="Calibri" w:hAnsi="Calibri"/>
    </w:rPr>
  </w:style>
  <w:style w:type="paragraph" w:styleId="1">
    <w:name w:val="heading 1"/>
    <w:basedOn w:val="a1"/>
    <w:next w:val="a1"/>
    <w:link w:val="10"/>
    <w:uiPriority w:val="9"/>
    <w:qFormat/>
    <w:rsid w:val="00FC693F"/>
    <w:pPr>
      <w:keepNext/>
      <w:keepLines/>
      <w:spacing w:before="280" w:after="140"/>
      <w:outlineLvl w:val="0"/>
    </w:pPr>
    <w:rPr>
      <w:rFonts w:asciiTheme="majorHAnsi" w:eastAsiaTheme="majorEastAsia" w:hAnsiTheme="majorHAnsi" w:cstheme="majorBidi"/>
      <w:b/>
      <w:bCs/>
      <w:color w:val="2E74B5"/>
      <w:sz w:val="32"/>
      <w:szCs w:val="28"/>
    </w:rPr>
  </w:style>
  <w:style w:type="paragraph" w:styleId="21">
    <w:name w:val="heading 2"/>
    <w:basedOn w:val="a1"/>
    <w:next w:val="a1"/>
    <w:link w:val="22"/>
    <w:uiPriority w:val="9"/>
    <w:unhideWhenUsed/>
    <w:qFormat/>
    <w:rsid w:val="00FC693F"/>
    <w:pPr>
      <w:keepNext/>
      <w:keepLines/>
      <w:spacing w:before="220"/>
      <w:outlineLvl w:val="1"/>
    </w:pPr>
    <w:rPr>
      <w:rFonts w:asciiTheme="majorHAnsi" w:eastAsiaTheme="majorEastAsia" w:hAnsiTheme="majorHAnsi" w:cstheme="majorBidi"/>
      <w:b/>
      <w:bCs/>
      <w:color w:val="2E74B5"/>
      <w:sz w:val="26"/>
      <w:szCs w:val="26"/>
    </w:rPr>
  </w:style>
  <w:style w:type="paragraph" w:styleId="31">
    <w:name w:val="heading 3"/>
    <w:basedOn w:val="a1"/>
    <w:next w:val="a1"/>
    <w:link w:val="32"/>
    <w:uiPriority w:val="9"/>
    <w:unhideWhenUsed/>
    <w:qFormat/>
    <w:rsid w:val="00FC693F"/>
    <w:pPr>
      <w:keepNext/>
      <w:keepLines/>
      <w:spacing w:before="160" w:after="80"/>
      <w:outlineLvl w:val="2"/>
    </w:pPr>
    <w:rPr>
      <w:rFonts w:asciiTheme="majorHAnsi" w:eastAsiaTheme="majorEastAsia" w:hAnsiTheme="majorHAnsi" w:cstheme="majorBidi"/>
      <w:b/>
      <w:bCs/>
      <w:color w:val="1F4D78"/>
      <w:sz w:val="24"/>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Label">
    <w:name w:val="Form Label"/>
    <w:pPr>
      <w:spacing w:after="80"/>
    </w:pPr>
    <w:rPr>
      <w:rFonts w:ascii="Calibri" w:hAnsi="Calibri"/>
      <w:sz w:val="21"/>
    </w:rPr>
  </w:style>
  <w:style w:type="character" w:styleId="aff8">
    <w:name w:val="Hyperlink"/>
    <w:basedOn w:val="a2"/>
    <w:uiPriority w:val="99"/>
    <w:unhideWhenUsed/>
    <w:rsid w:val="00F42E2E"/>
    <w:rPr>
      <w:color w:val="0000FF" w:themeColor="hyperlink"/>
      <w:u w:val="single"/>
    </w:rPr>
  </w:style>
  <w:style w:type="paragraph" w:customStyle="1" w:styleId="pdq2pgselectionanchorcontainer">
    <w:name w:val="pdq2pg_selectionanchorcontainer"/>
    <w:basedOn w:val="a1"/>
    <w:rsid w:val="00F42E2E"/>
    <w:pPr>
      <w:spacing w:before="100" w:beforeAutospacing="1" w:afterAutospacing="1" w:line="240" w:lineRule="auto"/>
      <w:jc w:val="left"/>
    </w:pPr>
    <w:rPr>
      <w:rFonts w:ascii="Times New Roman" w:eastAsia="Times New Roman" w:hAnsi="Times New Roman" w:cs="Times New Roman"/>
      <w:sz w:val="24"/>
      <w:szCs w:val="24"/>
      <w:lang w:val="ru-RU" w:eastAsia="ru-RU"/>
    </w:rPr>
  </w:style>
  <w:style w:type="paragraph" w:styleId="aff9">
    <w:name w:val="Normal (Web)"/>
    <w:basedOn w:val="a1"/>
    <w:uiPriority w:val="99"/>
    <w:semiHidden/>
    <w:unhideWhenUsed/>
    <w:rsid w:val="00F42E2E"/>
    <w:pPr>
      <w:spacing w:before="100" w:beforeAutospacing="1" w:afterAutospacing="1" w:line="240" w:lineRule="auto"/>
      <w:jc w:val="left"/>
    </w:pPr>
    <w:rPr>
      <w:rFonts w:ascii="Times New Roman" w:eastAsia="Times New Roman" w:hAnsi="Times New Roman" w:cs="Times New Roman"/>
      <w:sz w:val="24"/>
      <w:szCs w:val="24"/>
      <w:lang w:val="ru-RU" w:eastAsia="ru-RU"/>
    </w:rPr>
  </w:style>
  <w:style w:type="character" w:styleId="HTML">
    <w:name w:val="HTML Code"/>
    <w:basedOn w:val="a2"/>
    <w:uiPriority w:val="99"/>
    <w:semiHidden/>
    <w:unhideWhenUsed/>
    <w:rsid w:val="00F42E2E"/>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0899167">
      <w:bodyDiv w:val="1"/>
      <w:marLeft w:val="0"/>
      <w:marRight w:val="0"/>
      <w:marTop w:val="0"/>
      <w:marBottom w:val="0"/>
      <w:divBdr>
        <w:top w:val="none" w:sz="0" w:space="0" w:color="auto"/>
        <w:left w:val="none" w:sz="0" w:space="0" w:color="auto"/>
        <w:bottom w:val="none" w:sz="0" w:space="0" w:color="auto"/>
        <w:right w:val="none" w:sz="0" w:space="0" w:color="auto"/>
      </w:divBdr>
      <w:divsChild>
        <w:div w:id="1377700138">
          <w:blockQuote w:val="1"/>
          <w:marLeft w:val="720"/>
          <w:marRight w:val="720"/>
          <w:marTop w:val="100"/>
          <w:marBottom w:val="100"/>
          <w:divBdr>
            <w:top w:val="none" w:sz="0" w:space="0" w:color="auto"/>
            <w:left w:val="none" w:sz="0" w:space="0" w:color="auto"/>
            <w:bottom w:val="none" w:sz="0" w:space="0" w:color="auto"/>
            <w:right w:val="none" w:sz="0" w:space="0" w:color="auto"/>
          </w:divBdr>
        </w:div>
        <w:div w:id="406921344">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402469">
          <w:blockQuote w:val="1"/>
          <w:marLeft w:val="720"/>
          <w:marRight w:val="720"/>
          <w:marTop w:val="100"/>
          <w:marBottom w:val="100"/>
          <w:divBdr>
            <w:top w:val="none" w:sz="0" w:space="0" w:color="auto"/>
            <w:left w:val="none" w:sz="0" w:space="0" w:color="auto"/>
            <w:bottom w:val="none" w:sz="0" w:space="0" w:color="auto"/>
            <w:right w:val="none" w:sz="0" w:space="0" w:color="auto"/>
          </w:divBdr>
        </w:div>
        <w:div w:id="2137530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20454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obagaevsky@rostobr.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B70B98-E7C5-4662-B122-417C49EDC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27</Pages>
  <Words>7419</Words>
  <Characters>42290</Characters>
  <Application>Microsoft Office Word</Application>
  <DocSecurity>0</DocSecurity>
  <Lines>352</Lines>
  <Paragraphs>99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49610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Ученик</dc:creator>
  <cp:lastModifiedBy>Ученик</cp:lastModifiedBy>
  <cp:revision>4</cp:revision>
  <dcterms:created xsi:type="dcterms:W3CDTF">2026-09-15T14:16:00Z</dcterms:created>
  <dcterms:modified xsi:type="dcterms:W3CDTF">2026-09-16T11:09:00Z</dcterms:modified>
  <cp:category/>
</cp:coreProperties>
</file>